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8F80D" w14:textId="77777777" w:rsidR="00F307B9" w:rsidRPr="00B664E3" w:rsidRDefault="00000000">
      <w:pPr>
        <w:pStyle w:val="aa"/>
        <w:jc w:val="center"/>
        <w:rPr>
          <w:sz w:val="48"/>
          <w:szCs w:val="48"/>
        </w:rPr>
      </w:pPr>
      <w:r w:rsidRPr="00B664E3">
        <w:rPr>
          <w:sz w:val="48"/>
          <w:szCs w:val="48"/>
        </w:rPr>
        <w:t>2025</w:t>
      </w:r>
      <w:r w:rsidRPr="00B664E3">
        <w:rPr>
          <w:sz w:val="48"/>
          <w:szCs w:val="48"/>
        </w:rPr>
        <w:t>年</w:t>
      </w:r>
      <w:r w:rsidRPr="00B664E3">
        <w:rPr>
          <w:sz w:val="48"/>
          <w:szCs w:val="48"/>
        </w:rPr>
        <w:t xml:space="preserve"> </w:t>
      </w:r>
      <w:r w:rsidRPr="00B664E3">
        <w:rPr>
          <w:sz w:val="48"/>
          <w:szCs w:val="48"/>
        </w:rPr>
        <w:t>ＭＯＡ美術館</w:t>
      </w:r>
      <w:r w:rsidRPr="00B664E3">
        <w:rPr>
          <w:sz w:val="48"/>
          <w:szCs w:val="48"/>
        </w:rPr>
        <w:t xml:space="preserve"> </w:t>
      </w:r>
      <w:r w:rsidRPr="00B664E3">
        <w:rPr>
          <w:sz w:val="48"/>
          <w:szCs w:val="48"/>
        </w:rPr>
        <w:t>愛川児童作品展</w:t>
      </w:r>
    </w:p>
    <w:p w14:paraId="4A00BE7F" w14:textId="61143991" w:rsidR="00F307B9" w:rsidRDefault="00000000">
      <w:pPr>
        <w:jc w:val="center"/>
        <w:rPr>
          <w:lang w:eastAsia="ja-JP"/>
        </w:rPr>
      </w:pPr>
      <w:r>
        <w:rPr>
          <w:lang w:eastAsia="ja-JP"/>
        </w:rPr>
        <w:t>〜みんなの感想でつくる</w:t>
      </w:r>
      <w:r>
        <w:rPr>
          <w:lang w:eastAsia="ja-JP"/>
        </w:rPr>
        <w:t xml:space="preserve"> </w:t>
      </w:r>
      <w:r>
        <w:rPr>
          <w:lang w:eastAsia="ja-JP"/>
        </w:rPr>
        <w:t>アートギャラリー〜</w:t>
      </w:r>
    </w:p>
    <w:p w14:paraId="1DDCE61C" w14:textId="77777777" w:rsidR="003F7DE2" w:rsidRDefault="003F7DE2">
      <w:pPr>
        <w:jc w:val="center"/>
        <w:rPr>
          <w:lang w:eastAsia="ja-JP"/>
        </w:rPr>
      </w:pPr>
    </w:p>
    <w:p w14:paraId="49F1875E" w14:textId="7B2F899D" w:rsidR="00DC055D" w:rsidRDefault="001272C3" w:rsidP="00AC20E4">
      <w:pPr>
        <w:rPr>
          <w:lang w:eastAsia="ja-JP"/>
        </w:rPr>
      </w:pPr>
      <w:r>
        <w:rPr>
          <w:rFonts w:hint="eastAsia"/>
          <w:noProof/>
          <w:lang w:eastAsia="ja-JP"/>
        </w:rPr>
        <w:drawing>
          <wp:inline distT="0" distB="0" distL="0" distR="0" wp14:anchorId="69BF57C6" wp14:editId="09A18DC6">
            <wp:extent cx="4853941" cy="3235960"/>
            <wp:effectExtent l="0" t="0" r="3810" b="0"/>
            <wp:docPr id="1611999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9947" name="図 1611999947"/>
                    <pic:cNvPicPr/>
                  </pic:nvPicPr>
                  <pic:blipFill>
                    <a:blip r:embed="rId8"/>
                    <a:stretch>
                      <a:fillRect/>
                    </a:stretch>
                  </pic:blipFill>
                  <pic:spPr>
                    <a:xfrm>
                      <a:off x="0" y="0"/>
                      <a:ext cx="4890729" cy="3260485"/>
                    </a:xfrm>
                    <a:prstGeom prst="rect">
                      <a:avLst/>
                    </a:prstGeom>
                  </pic:spPr>
                </pic:pic>
              </a:graphicData>
            </a:graphic>
          </wp:inline>
        </w:drawing>
      </w:r>
    </w:p>
    <w:p w14:paraId="1998FBAF" w14:textId="33EB6AE0" w:rsidR="00F307B9" w:rsidRDefault="00F307B9">
      <w:pPr>
        <w:rPr>
          <w:lang w:eastAsia="ja-JP"/>
        </w:rPr>
      </w:pPr>
    </w:p>
    <w:p w14:paraId="0342E74E" w14:textId="77777777" w:rsidR="00AC20E4" w:rsidRDefault="00AC20E4">
      <w:pPr>
        <w:rPr>
          <w:lang w:eastAsia="ja-JP"/>
        </w:rPr>
      </w:pPr>
    </w:p>
    <w:p w14:paraId="615E959F" w14:textId="77777777" w:rsidR="00AC20E4" w:rsidRDefault="00AC20E4">
      <w:pPr>
        <w:rPr>
          <w:lang w:eastAsia="ja-JP"/>
        </w:rPr>
      </w:pPr>
    </w:p>
    <w:p w14:paraId="5B577C64" w14:textId="77777777" w:rsidR="00AC20E4" w:rsidRDefault="00AC20E4">
      <w:pPr>
        <w:rPr>
          <w:lang w:eastAsia="ja-JP"/>
        </w:rPr>
      </w:pPr>
    </w:p>
    <w:p w14:paraId="6BD3B364" w14:textId="77777777" w:rsidR="00AC20E4" w:rsidRDefault="00AC20E4">
      <w:pPr>
        <w:rPr>
          <w:lang w:eastAsia="ja-JP"/>
        </w:rPr>
      </w:pPr>
    </w:p>
    <w:p w14:paraId="1860C037" w14:textId="77777777" w:rsidR="00AC20E4" w:rsidRDefault="00AC20E4">
      <w:pPr>
        <w:rPr>
          <w:lang w:eastAsia="ja-JP"/>
        </w:rPr>
      </w:pPr>
    </w:p>
    <w:p w14:paraId="517209F3" w14:textId="77777777" w:rsidR="003D3D84" w:rsidRDefault="003D3D84">
      <w:pPr>
        <w:rPr>
          <w:lang w:eastAsia="ja-JP"/>
        </w:rPr>
      </w:pPr>
    </w:p>
    <w:p w14:paraId="5FA10264" w14:textId="77777777" w:rsidR="00AC20E4" w:rsidRDefault="00AC20E4">
      <w:pPr>
        <w:rPr>
          <w:lang w:eastAsia="ja-JP"/>
        </w:rPr>
      </w:pPr>
    </w:p>
    <w:p w14:paraId="07ECB264" w14:textId="4252F083" w:rsidR="00AC20E4" w:rsidRDefault="00796543">
      <w:pPr>
        <w:rPr>
          <w:lang w:eastAsia="ja-JP"/>
        </w:rPr>
      </w:pPr>
      <w:r>
        <w:rPr>
          <w:rFonts w:hint="eastAsia"/>
          <w:lang w:eastAsia="ja-JP"/>
        </w:rPr>
        <w:t xml:space="preserve">　　　</w:t>
      </w:r>
    </w:p>
    <w:p w14:paraId="27DBFCBA" w14:textId="77777777" w:rsidR="00796543" w:rsidRDefault="00796543">
      <w:pPr>
        <w:rPr>
          <w:lang w:eastAsia="ja-JP"/>
        </w:rPr>
      </w:pPr>
    </w:p>
    <w:p w14:paraId="3BD824B1" w14:textId="77777777" w:rsidR="00796543" w:rsidRDefault="00796543">
      <w:pPr>
        <w:rPr>
          <w:lang w:eastAsia="ja-JP"/>
        </w:rPr>
      </w:pPr>
    </w:p>
    <w:p w14:paraId="3C8393C4" w14:textId="77777777" w:rsidR="00796543" w:rsidRDefault="00796543">
      <w:pPr>
        <w:rPr>
          <w:rFonts w:hint="eastAsia"/>
          <w:lang w:eastAsia="ja-JP"/>
        </w:rPr>
      </w:pPr>
    </w:p>
    <w:p w14:paraId="57D1D5DC" w14:textId="77777777" w:rsidR="00AC20E4" w:rsidRDefault="00AC20E4">
      <w:pPr>
        <w:rPr>
          <w:lang w:eastAsia="ja-JP"/>
        </w:rPr>
      </w:pPr>
    </w:p>
    <w:p w14:paraId="1CFC317B" w14:textId="77777777" w:rsidR="00F307B9" w:rsidRDefault="00000000">
      <w:pPr>
        <w:pStyle w:val="1"/>
        <w:rPr>
          <w:lang w:eastAsia="ja-JP"/>
        </w:rPr>
      </w:pPr>
      <w:r>
        <w:rPr>
          <w:lang w:eastAsia="ja-JP"/>
        </w:rPr>
        <w:t xml:space="preserve">🌸 </w:t>
      </w:r>
      <w:r>
        <w:rPr>
          <w:lang w:eastAsia="ja-JP"/>
        </w:rPr>
        <w:t>みんなの感想紹介</w:t>
      </w:r>
      <w:r>
        <w:rPr>
          <w:lang w:eastAsia="ja-JP"/>
        </w:rPr>
        <w:t xml:space="preserve"> 🌸</w:t>
      </w:r>
    </w:p>
    <w:tbl>
      <w:tblPr>
        <w:tblStyle w:val="afe"/>
        <w:tblW w:w="0" w:type="auto"/>
        <w:tblLook w:val="04A0" w:firstRow="1" w:lastRow="0" w:firstColumn="1" w:lastColumn="0" w:noHBand="0" w:noVBand="1"/>
      </w:tblPr>
      <w:tblGrid>
        <w:gridCol w:w="4151"/>
        <w:gridCol w:w="4151"/>
      </w:tblGrid>
      <w:tr w:rsidR="00F307B9" w14:paraId="46FC89D8" w14:textId="77777777">
        <w:tc>
          <w:tcPr>
            <w:tcW w:w="4320" w:type="dxa"/>
          </w:tcPr>
          <w:p w14:paraId="12030B69" w14:textId="77777777" w:rsidR="00F307B9" w:rsidRDefault="00000000">
            <w:r>
              <w:t xml:space="preserve">🏅 </w:t>
            </w:r>
            <w:proofErr w:type="spellStart"/>
            <w:r>
              <w:t>賞名</w:t>
            </w:r>
            <w:proofErr w:type="spellEnd"/>
          </w:p>
        </w:tc>
        <w:tc>
          <w:tcPr>
            <w:tcW w:w="4320" w:type="dxa"/>
          </w:tcPr>
          <w:p w14:paraId="19D978D0" w14:textId="77777777" w:rsidR="00F307B9" w:rsidRDefault="00000000">
            <w:r>
              <w:t>MOA</w:t>
            </w:r>
            <w:r>
              <w:t>美術館</w:t>
            </w:r>
            <w:r>
              <w:t xml:space="preserve"> </w:t>
            </w:r>
            <w:r>
              <w:t>奨励賞</w:t>
            </w:r>
          </w:p>
        </w:tc>
      </w:tr>
      <w:tr w:rsidR="00F307B9" w14:paraId="472C01B1" w14:textId="77777777">
        <w:tc>
          <w:tcPr>
            <w:tcW w:w="4320" w:type="dxa"/>
          </w:tcPr>
          <w:p w14:paraId="61410BD8" w14:textId="77777777" w:rsidR="00F307B9" w:rsidRDefault="00000000">
            <w:r>
              <w:t xml:space="preserve">👤 </w:t>
            </w:r>
            <w:r>
              <w:t>氏名（ふりがな）</w:t>
            </w:r>
          </w:p>
        </w:tc>
        <w:tc>
          <w:tcPr>
            <w:tcW w:w="4320" w:type="dxa"/>
          </w:tcPr>
          <w:p w14:paraId="17703849" w14:textId="77777777" w:rsidR="00F307B9" w:rsidRDefault="00000000">
            <w:pPr>
              <w:rPr>
                <w:lang w:eastAsia="ja-JP"/>
              </w:rPr>
            </w:pPr>
            <w:r>
              <w:rPr>
                <w:lang w:eastAsia="ja-JP"/>
              </w:rPr>
              <w:t>西村</w:t>
            </w:r>
            <w:r>
              <w:rPr>
                <w:lang w:eastAsia="ja-JP"/>
              </w:rPr>
              <w:t xml:space="preserve"> </w:t>
            </w:r>
            <w:r>
              <w:rPr>
                <w:lang w:eastAsia="ja-JP"/>
              </w:rPr>
              <w:t>優佳（にしむら</w:t>
            </w:r>
            <w:r>
              <w:rPr>
                <w:lang w:eastAsia="ja-JP"/>
              </w:rPr>
              <w:t xml:space="preserve"> </w:t>
            </w:r>
            <w:r>
              <w:rPr>
                <w:lang w:eastAsia="ja-JP"/>
              </w:rPr>
              <w:t>ゆうか）</w:t>
            </w:r>
          </w:p>
        </w:tc>
      </w:tr>
      <w:tr w:rsidR="00F307B9" w14:paraId="38BD2F11" w14:textId="77777777">
        <w:tc>
          <w:tcPr>
            <w:tcW w:w="4320" w:type="dxa"/>
          </w:tcPr>
          <w:p w14:paraId="7E49AD7A" w14:textId="77777777" w:rsidR="00F307B9" w:rsidRDefault="00000000">
            <w:r>
              <w:t xml:space="preserve">🏫 </w:t>
            </w:r>
            <w:proofErr w:type="spellStart"/>
            <w:r>
              <w:t>学校名・学年</w:t>
            </w:r>
            <w:proofErr w:type="spellEnd"/>
          </w:p>
        </w:tc>
        <w:tc>
          <w:tcPr>
            <w:tcW w:w="4320" w:type="dxa"/>
          </w:tcPr>
          <w:p w14:paraId="6B911AC7" w14:textId="77777777" w:rsidR="00F307B9" w:rsidRDefault="00000000">
            <w:r>
              <w:t>中津小</w:t>
            </w:r>
            <w:r>
              <w:t xml:space="preserve"> 5</w:t>
            </w:r>
            <w:r>
              <w:t>年</w:t>
            </w:r>
          </w:p>
        </w:tc>
      </w:tr>
      <w:tr w:rsidR="00F307B9" w14:paraId="771499FA" w14:textId="77777777">
        <w:tc>
          <w:tcPr>
            <w:tcW w:w="4320" w:type="dxa"/>
          </w:tcPr>
          <w:p w14:paraId="4CC372DF" w14:textId="77777777" w:rsidR="00F307B9" w:rsidRDefault="00000000">
            <w:r>
              <w:t xml:space="preserve">🎨 </w:t>
            </w:r>
            <w:r>
              <w:t>題名</w:t>
            </w:r>
          </w:p>
        </w:tc>
        <w:tc>
          <w:tcPr>
            <w:tcW w:w="4320" w:type="dxa"/>
          </w:tcPr>
          <w:p w14:paraId="011AAABC" w14:textId="77777777" w:rsidR="00F307B9" w:rsidRDefault="00000000">
            <w:pPr>
              <w:rPr>
                <w:lang w:eastAsia="ja-JP"/>
              </w:rPr>
            </w:pPr>
            <w:r>
              <w:rPr>
                <w:lang w:eastAsia="ja-JP"/>
              </w:rPr>
              <w:t>何の夢を見ているのかな？</w:t>
            </w:r>
          </w:p>
        </w:tc>
      </w:tr>
      <w:tr w:rsidR="00F307B9" w14:paraId="10E32B8B" w14:textId="77777777">
        <w:tc>
          <w:tcPr>
            <w:tcW w:w="4320" w:type="dxa"/>
          </w:tcPr>
          <w:p w14:paraId="6C64080D" w14:textId="77777777" w:rsidR="00F307B9" w:rsidRDefault="00000000">
            <w:r>
              <w:t xml:space="preserve">💬 </w:t>
            </w:r>
            <w:proofErr w:type="spellStart"/>
            <w:r>
              <w:t>感想</w:t>
            </w:r>
            <w:proofErr w:type="spellEnd"/>
          </w:p>
        </w:tc>
        <w:tc>
          <w:tcPr>
            <w:tcW w:w="4320" w:type="dxa"/>
          </w:tcPr>
          <w:p w14:paraId="5495C63E" w14:textId="77777777" w:rsidR="00F307B9" w:rsidRDefault="00000000">
            <w:pPr>
              <w:rPr>
                <w:lang w:eastAsia="ja-JP"/>
              </w:rPr>
            </w:pPr>
            <w:r>
              <w:rPr>
                <w:lang w:eastAsia="ja-JP"/>
              </w:rPr>
              <w:t>よく、庭でねていてそのすがたがとても可愛かったからこの絵を書きました。夏では、夕ねをしていて冬では、昼ねをしています。</w:t>
            </w:r>
          </w:p>
        </w:tc>
      </w:tr>
    </w:tbl>
    <w:p w14:paraId="760A2000" w14:textId="77777777" w:rsidR="00F307B9" w:rsidRDefault="00F307B9">
      <w:pPr>
        <w:rPr>
          <w:lang w:eastAsia="ja-JP"/>
        </w:rPr>
      </w:pPr>
    </w:p>
    <w:tbl>
      <w:tblPr>
        <w:tblStyle w:val="afe"/>
        <w:tblW w:w="0" w:type="auto"/>
        <w:tblLook w:val="04A0" w:firstRow="1" w:lastRow="0" w:firstColumn="1" w:lastColumn="0" w:noHBand="0" w:noVBand="1"/>
      </w:tblPr>
      <w:tblGrid>
        <w:gridCol w:w="4151"/>
        <w:gridCol w:w="4151"/>
      </w:tblGrid>
      <w:tr w:rsidR="00F307B9" w14:paraId="2B57438E" w14:textId="77777777">
        <w:tc>
          <w:tcPr>
            <w:tcW w:w="4320" w:type="dxa"/>
          </w:tcPr>
          <w:p w14:paraId="7D7A9C27" w14:textId="77777777" w:rsidR="00F307B9" w:rsidRDefault="00000000">
            <w:r>
              <w:t xml:space="preserve">🏅 </w:t>
            </w:r>
            <w:proofErr w:type="spellStart"/>
            <w:r>
              <w:t>賞名</w:t>
            </w:r>
            <w:proofErr w:type="spellEnd"/>
          </w:p>
        </w:tc>
        <w:tc>
          <w:tcPr>
            <w:tcW w:w="4320" w:type="dxa"/>
          </w:tcPr>
          <w:p w14:paraId="63C5839E" w14:textId="77777777" w:rsidR="00F307B9" w:rsidRDefault="00000000">
            <w:r>
              <w:t>愛川町長賞</w:t>
            </w:r>
          </w:p>
        </w:tc>
      </w:tr>
      <w:tr w:rsidR="00F307B9" w14:paraId="713B7FC4" w14:textId="77777777">
        <w:tc>
          <w:tcPr>
            <w:tcW w:w="4320" w:type="dxa"/>
          </w:tcPr>
          <w:p w14:paraId="4DC75B6D" w14:textId="77777777" w:rsidR="00F307B9" w:rsidRDefault="00000000">
            <w:r>
              <w:t xml:space="preserve">👤 </w:t>
            </w:r>
            <w:r>
              <w:t>氏名（ふりがな）</w:t>
            </w:r>
          </w:p>
        </w:tc>
        <w:tc>
          <w:tcPr>
            <w:tcW w:w="4320" w:type="dxa"/>
          </w:tcPr>
          <w:p w14:paraId="740B5151" w14:textId="77777777" w:rsidR="00F307B9" w:rsidRDefault="00000000">
            <w:pPr>
              <w:rPr>
                <w:lang w:eastAsia="ja-JP"/>
              </w:rPr>
            </w:pPr>
            <w:r>
              <w:rPr>
                <w:lang w:eastAsia="ja-JP"/>
              </w:rPr>
              <w:t>内金﨑</w:t>
            </w:r>
            <w:r>
              <w:rPr>
                <w:lang w:eastAsia="ja-JP"/>
              </w:rPr>
              <w:t xml:space="preserve"> </w:t>
            </w:r>
            <w:r>
              <w:rPr>
                <w:lang w:eastAsia="ja-JP"/>
              </w:rPr>
              <w:t>幹太（うちかねざき</w:t>
            </w:r>
            <w:r>
              <w:rPr>
                <w:lang w:eastAsia="ja-JP"/>
              </w:rPr>
              <w:t xml:space="preserve"> </w:t>
            </w:r>
            <w:r>
              <w:rPr>
                <w:lang w:eastAsia="ja-JP"/>
              </w:rPr>
              <w:t>かんた）</w:t>
            </w:r>
          </w:p>
        </w:tc>
      </w:tr>
      <w:tr w:rsidR="00F307B9" w14:paraId="4C850CC6" w14:textId="77777777">
        <w:tc>
          <w:tcPr>
            <w:tcW w:w="4320" w:type="dxa"/>
          </w:tcPr>
          <w:p w14:paraId="12A17F69" w14:textId="77777777" w:rsidR="00F307B9" w:rsidRDefault="00000000">
            <w:r>
              <w:t xml:space="preserve">🏫 </w:t>
            </w:r>
            <w:proofErr w:type="spellStart"/>
            <w:r>
              <w:t>学校名・学年</w:t>
            </w:r>
            <w:proofErr w:type="spellEnd"/>
          </w:p>
        </w:tc>
        <w:tc>
          <w:tcPr>
            <w:tcW w:w="4320" w:type="dxa"/>
          </w:tcPr>
          <w:p w14:paraId="58A1A6B3" w14:textId="77777777" w:rsidR="00F307B9" w:rsidRDefault="00000000">
            <w:r>
              <w:t>半原小</w:t>
            </w:r>
            <w:r>
              <w:t xml:space="preserve"> 4</w:t>
            </w:r>
            <w:r>
              <w:t>年</w:t>
            </w:r>
          </w:p>
        </w:tc>
      </w:tr>
      <w:tr w:rsidR="00F307B9" w14:paraId="79FC7265" w14:textId="77777777">
        <w:tc>
          <w:tcPr>
            <w:tcW w:w="4320" w:type="dxa"/>
          </w:tcPr>
          <w:p w14:paraId="2747E96A" w14:textId="77777777" w:rsidR="00F307B9" w:rsidRDefault="00000000">
            <w:r>
              <w:t xml:space="preserve">🎨 </w:t>
            </w:r>
            <w:r>
              <w:t>題名</w:t>
            </w:r>
          </w:p>
        </w:tc>
        <w:tc>
          <w:tcPr>
            <w:tcW w:w="4320" w:type="dxa"/>
          </w:tcPr>
          <w:p w14:paraId="0CD2470D" w14:textId="77777777" w:rsidR="00F307B9" w:rsidRDefault="00000000">
            <w:r>
              <w:t>たこやきの修業</w:t>
            </w:r>
          </w:p>
        </w:tc>
      </w:tr>
      <w:tr w:rsidR="00F307B9" w14:paraId="565F0C95" w14:textId="77777777">
        <w:tc>
          <w:tcPr>
            <w:tcW w:w="4320" w:type="dxa"/>
          </w:tcPr>
          <w:p w14:paraId="64BD8121" w14:textId="77777777" w:rsidR="00F307B9" w:rsidRDefault="00000000">
            <w:r>
              <w:t xml:space="preserve">💬 </w:t>
            </w:r>
            <w:r>
              <w:t>感想</w:t>
            </w:r>
          </w:p>
        </w:tc>
        <w:tc>
          <w:tcPr>
            <w:tcW w:w="4320" w:type="dxa"/>
          </w:tcPr>
          <w:p w14:paraId="550FB351" w14:textId="61ED05B2" w:rsidR="00F307B9" w:rsidRDefault="00000000">
            <w:pPr>
              <w:rPr>
                <w:lang w:eastAsia="ja-JP"/>
              </w:rPr>
            </w:pPr>
            <w:r>
              <w:rPr>
                <w:lang w:eastAsia="ja-JP"/>
              </w:rPr>
              <w:t>ぼくは、家族でたこやきをするときにやくのを手伝います。クルクル回してひっくりかえすのがむずかしかったけど、何回もやってじょうずになってうれしかったので絵をかきました。ぼくはしんしけんになると口が小さくなるのでしんけんな</w:t>
            </w:r>
            <w:r w:rsidR="00F775A0">
              <w:rPr>
                <w:rFonts w:hint="eastAsia"/>
                <w:lang w:eastAsia="ja-JP"/>
              </w:rPr>
              <w:t>ひょうじょうを</w:t>
            </w:r>
            <w:r>
              <w:rPr>
                <w:lang w:eastAsia="ja-JP"/>
              </w:rPr>
              <w:t>くふうしてかきました。</w:t>
            </w:r>
          </w:p>
        </w:tc>
      </w:tr>
    </w:tbl>
    <w:p w14:paraId="17728806" w14:textId="77777777" w:rsidR="00F307B9" w:rsidRDefault="00F307B9">
      <w:pPr>
        <w:rPr>
          <w:lang w:eastAsia="ja-JP"/>
        </w:rPr>
      </w:pPr>
    </w:p>
    <w:tbl>
      <w:tblPr>
        <w:tblStyle w:val="afe"/>
        <w:tblW w:w="0" w:type="auto"/>
        <w:tblLook w:val="04A0" w:firstRow="1" w:lastRow="0" w:firstColumn="1" w:lastColumn="0" w:noHBand="0" w:noVBand="1"/>
      </w:tblPr>
      <w:tblGrid>
        <w:gridCol w:w="4151"/>
        <w:gridCol w:w="4151"/>
      </w:tblGrid>
      <w:tr w:rsidR="00F307B9" w14:paraId="48DB882C" w14:textId="77777777" w:rsidTr="00C06F03">
        <w:tc>
          <w:tcPr>
            <w:tcW w:w="4320" w:type="dxa"/>
          </w:tcPr>
          <w:p w14:paraId="1FD90421" w14:textId="77777777" w:rsidR="00F307B9" w:rsidRDefault="00000000">
            <w:r>
              <w:t xml:space="preserve">🏅 </w:t>
            </w:r>
            <w:proofErr w:type="spellStart"/>
            <w:r>
              <w:t>賞名</w:t>
            </w:r>
            <w:proofErr w:type="spellEnd"/>
          </w:p>
        </w:tc>
        <w:tc>
          <w:tcPr>
            <w:tcW w:w="4320" w:type="dxa"/>
          </w:tcPr>
          <w:p w14:paraId="6380376F" w14:textId="77777777" w:rsidR="00F307B9" w:rsidRDefault="00000000">
            <w:r>
              <w:t>愛川町議会議長賞</w:t>
            </w:r>
          </w:p>
        </w:tc>
      </w:tr>
      <w:tr w:rsidR="00F307B9" w14:paraId="53D87D73" w14:textId="77777777" w:rsidTr="00C06F03">
        <w:tc>
          <w:tcPr>
            <w:tcW w:w="4320" w:type="dxa"/>
          </w:tcPr>
          <w:p w14:paraId="2903DA93" w14:textId="77777777" w:rsidR="00F307B9" w:rsidRDefault="00000000">
            <w:r>
              <w:t xml:space="preserve">👤 </w:t>
            </w:r>
            <w:r>
              <w:t>氏名（ふりがな）</w:t>
            </w:r>
          </w:p>
        </w:tc>
        <w:tc>
          <w:tcPr>
            <w:tcW w:w="4320" w:type="dxa"/>
          </w:tcPr>
          <w:p w14:paraId="13E50409" w14:textId="77777777" w:rsidR="00F307B9" w:rsidRDefault="00000000">
            <w:pPr>
              <w:rPr>
                <w:lang w:eastAsia="ja-JP"/>
              </w:rPr>
            </w:pPr>
            <w:r>
              <w:rPr>
                <w:lang w:eastAsia="ja-JP"/>
              </w:rPr>
              <w:t>沼田</w:t>
            </w:r>
            <w:r>
              <w:rPr>
                <w:lang w:eastAsia="ja-JP"/>
              </w:rPr>
              <w:t xml:space="preserve"> </w:t>
            </w:r>
            <w:r>
              <w:rPr>
                <w:lang w:eastAsia="ja-JP"/>
              </w:rPr>
              <w:t>花音（ぬまた</w:t>
            </w:r>
            <w:r>
              <w:rPr>
                <w:lang w:eastAsia="ja-JP"/>
              </w:rPr>
              <w:t xml:space="preserve"> </w:t>
            </w:r>
            <w:r>
              <w:rPr>
                <w:lang w:eastAsia="ja-JP"/>
              </w:rPr>
              <w:t>かのん）</w:t>
            </w:r>
          </w:p>
        </w:tc>
      </w:tr>
      <w:tr w:rsidR="00F307B9" w14:paraId="1E4C2E69" w14:textId="77777777" w:rsidTr="00C06F03">
        <w:tc>
          <w:tcPr>
            <w:tcW w:w="4320" w:type="dxa"/>
          </w:tcPr>
          <w:p w14:paraId="335176C0" w14:textId="77777777" w:rsidR="00F307B9" w:rsidRDefault="00000000">
            <w:r>
              <w:t xml:space="preserve">🏫 </w:t>
            </w:r>
            <w:proofErr w:type="spellStart"/>
            <w:r>
              <w:t>学校名・学年</w:t>
            </w:r>
            <w:proofErr w:type="spellEnd"/>
          </w:p>
        </w:tc>
        <w:tc>
          <w:tcPr>
            <w:tcW w:w="4320" w:type="dxa"/>
          </w:tcPr>
          <w:p w14:paraId="574572A6" w14:textId="77777777" w:rsidR="00F307B9" w:rsidRDefault="00000000">
            <w:r>
              <w:t>高峰小</w:t>
            </w:r>
            <w:r>
              <w:t xml:space="preserve"> 3</w:t>
            </w:r>
            <w:r>
              <w:t>年</w:t>
            </w:r>
          </w:p>
        </w:tc>
      </w:tr>
      <w:tr w:rsidR="00F307B9" w14:paraId="343CC441" w14:textId="77777777" w:rsidTr="00C06F03">
        <w:tc>
          <w:tcPr>
            <w:tcW w:w="4320" w:type="dxa"/>
          </w:tcPr>
          <w:p w14:paraId="6B9D3F65" w14:textId="77777777" w:rsidR="00F307B9" w:rsidRDefault="00000000">
            <w:r>
              <w:t xml:space="preserve">🎨 </w:t>
            </w:r>
            <w:r>
              <w:t>題名</w:t>
            </w:r>
          </w:p>
        </w:tc>
        <w:tc>
          <w:tcPr>
            <w:tcW w:w="4320" w:type="dxa"/>
          </w:tcPr>
          <w:p w14:paraId="0A95E9F3" w14:textId="77777777" w:rsidR="00F307B9" w:rsidRDefault="00000000">
            <w:pPr>
              <w:rPr>
                <w:lang w:eastAsia="ja-JP"/>
              </w:rPr>
            </w:pPr>
            <w:r>
              <w:rPr>
                <w:lang w:eastAsia="ja-JP"/>
              </w:rPr>
              <w:t>こんなうちゅうがあったらいいな</w:t>
            </w:r>
          </w:p>
        </w:tc>
      </w:tr>
      <w:tr w:rsidR="00F307B9" w14:paraId="268D156D" w14:textId="77777777" w:rsidTr="00C06F03">
        <w:tc>
          <w:tcPr>
            <w:tcW w:w="4320" w:type="dxa"/>
          </w:tcPr>
          <w:p w14:paraId="1A41B534" w14:textId="77777777" w:rsidR="00F307B9" w:rsidRDefault="00000000">
            <w:r>
              <w:t xml:space="preserve">💬 </w:t>
            </w:r>
            <w:proofErr w:type="spellStart"/>
            <w:r>
              <w:t>感想</w:t>
            </w:r>
            <w:proofErr w:type="spellEnd"/>
          </w:p>
        </w:tc>
        <w:tc>
          <w:tcPr>
            <w:tcW w:w="4320" w:type="dxa"/>
          </w:tcPr>
          <w:p w14:paraId="65D13938" w14:textId="1EF48F6A" w:rsidR="00C06F03" w:rsidRDefault="00C06F03">
            <w:pPr>
              <w:rPr>
                <w:lang w:eastAsia="ja-JP"/>
              </w:rPr>
            </w:pPr>
            <w:r>
              <w:rPr>
                <w:lang w:eastAsia="ja-JP"/>
              </w:rPr>
              <w:t>もしもうちゅうにあった</w:t>
            </w:r>
            <w:r>
              <w:rPr>
                <w:rFonts w:hint="eastAsia"/>
                <w:lang w:eastAsia="ja-JP"/>
              </w:rPr>
              <w:t>ら</w:t>
            </w:r>
            <w:r>
              <w:rPr>
                <w:lang w:eastAsia="ja-JP"/>
              </w:rPr>
              <w:t>うれしいものをかきました。それはどうぶつえんですなぜならどうぶつ園</w:t>
            </w:r>
            <w:r>
              <w:rPr>
                <w:rFonts w:hint="eastAsia"/>
                <w:lang w:eastAsia="ja-JP"/>
              </w:rPr>
              <w:t>から</w:t>
            </w:r>
            <w:r>
              <w:rPr>
                <w:lang w:eastAsia="ja-JP"/>
              </w:rPr>
              <w:t>、ほしや</w:t>
            </w:r>
            <w:r w:rsidR="00A54795">
              <w:rPr>
                <w:rFonts w:hint="eastAsia"/>
                <w:lang w:eastAsia="ja-JP"/>
              </w:rPr>
              <w:t>ち</w:t>
            </w:r>
            <w:r>
              <w:rPr>
                <w:lang w:eastAsia="ja-JP"/>
              </w:rPr>
              <w:t>きゅうが見えたらすてきだと思ったからです。</w:t>
            </w:r>
          </w:p>
        </w:tc>
      </w:tr>
    </w:tbl>
    <w:p w14:paraId="0D7BC8A6" w14:textId="77777777" w:rsidR="00F307B9" w:rsidRDefault="00F307B9">
      <w:pPr>
        <w:rPr>
          <w:lang w:eastAsia="ja-JP"/>
        </w:rPr>
      </w:pPr>
    </w:p>
    <w:tbl>
      <w:tblPr>
        <w:tblStyle w:val="afe"/>
        <w:tblW w:w="0" w:type="auto"/>
        <w:tblLook w:val="04A0" w:firstRow="1" w:lastRow="0" w:firstColumn="1" w:lastColumn="0" w:noHBand="0" w:noVBand="1"/>
      </w:tblPr>
      <w:tblGrid>
        <w:gridCol w:w="4151"/>
        <w:gridCol w:w="4151"/>
      </w:tblGrid>
      <w:tr w:rsidR="00F307B9" w14:paraId="09BF38B4" w14:textId="77777777" w:rsidTr="00C06F03">
        <w:tc>
          <w:tcPr>
            <w:tcW w:w="4320" w:type="dxa"/>
          </w:tcPr>
          <w:p w14:paraId="60CD37CF" w14:textId="77777777" w:rsidR="00F307B9" w:rsidRDefault="00000000">
            <w:r>
              <w:t xml:space="preserve">🏅 </w:t>
            </w:r>
            <w:proofErr w:type="spellStart"/>
            <w:r>
              <w:t>賞名</w:t>
            </w:r>
            <w:proofErr w:type="spellEnd"/>
          </w:p>
        </w:tc>
        <w:tc>
          <w:tcPr>
            <w:tcW w:w="4320" w:type="dxa"/>
          </w:tcPr>
          <w:p w14:paraId="3BE2E02F" w14:textId="77777777" w:rsidR="00F307B9" w:rsidRDefault="00000000">
            <w:r>
              <w:t>教育長賞</w:t>
            </w:r>
          </w:p>
        </w:tc>
      </w:tr>
      <w:tr w:rsidR="00F307B9" w14:paraId="2007531F" w14:textId="77777777" w:rsidTr="00C06F03">
        <w:tc>
          <w:tcPr>
            <w:tcW w:w="4320" w:type="dxa"/>
          </w:tcPr>
          <w:p w14:paraId="07EF0BC3" w14:textId="77777777" w:rsidR="00F307B9" w:rsidRDefault="00000000">
            <w:r>
              <w:t xml:space="preserve">👤 </w:t>
            </w:r>
            <w:r>
              <w:t>氏名（ふりがな）</w:t>
            </w:r>
          </w:p>
        </w:tc>
        <w:tc>
          <w:tcPr>
            <w:tcW w:w="4320" w:type="dxa"/>
          </w:tcPr>
          <w:p w14:paraId="78A2FE6B" w14:textId="77777777" w:rsidR="00F307B9" w:rsidRDefault="00000000">
            <w:pPr>
              <w:rPr>
                <w:lang w:eastAsia="ja-JP"/>
              </w:rPr>
            </w:pPr>
            <w:r>
              <w:rPr>
                <w:lang w:eastAsia="ja-JP"/>
              </w:rPr>
              <w:t>須貝</w:t>
            </w:r>
            <w:r>
              <w:rPr>
                <w:lang w:eastAsia="ja-JP"/>
              </w:rPr>
              <w:t xml:space="preserve"> </w:t>
            </w:r>
            <w:r>
              <w:rPr>
                <w:lang w:eastAsia="ja-JP"/>
              </w:rPr>
              <w:t>七葉（すがい</w:t>
            </w:r>
            <w:r>
              <w:rPr>
                <w:lang w:eastAsia="ja-JP"/>
              </w:rPr>
              <w:t xml:space="preserve"> </w:t>
            </w:r>
            <w:r>
              <w:rPr>
                <w:lang w:eastAsia="ja-JP"/>
              </w:rPr>
              <w:t>ななは）</w:t>
            </w:r>
          </w:p>
        </w:tc>
      </w:tr>
      <w:tr w:rsidR="00F307B9" w14:paraId="5D20F3CF" w14:textId="77777777" w:rsidTr="00C06F03">
        <w:tc>
          <w:tcPr>
            <w:tcW w:w="4320" w:type="dxa"/>
          </w:tcPr>
          <w:p w14:paraId="540C96AA" w14:textId="77777777" w:rsidR="00F307B9" w:rsidRDefault="00000000">
            <w:r>
              <w:t xml:space="preserve">🏫 </w:t>
            </w:r>
            <w:proofErr w:type="spellStart"/>
            <w:r>
              <w:t>学校名・学年</w:t>
            </w:r>
            <w:proofErr w:type="spellEnd"/>
          </w:p>
        </w:tc>
        <w:tc>
          <w:tcPr>
            <w:tcW w:w="4320" w:type="dxa"/>
          </w:tcPr>
          <w:p w14:paraId="01FCDFC3" w14:textId="77777777" w:rsidR="00F307B9" w:rsidRDefault="00000000">
            <w:r>
              <w:t>菅原小</w:t>
            </w:r>
            <w:r>
              <w:t xml:space="preserve"> 1</w:t>
            </w:r>
            <w:r>
              <w:t>年</w:t>
            </w:r>
          </w:p>
        </w:tc>
      </w:tr>
      <w:tr w:rsidR="00F307B9" w14:paraId="37E174A5" w14:textId="77777777" w:rsidTr="00C06F03">
        <w:tc>
          <w:tcPr>
            <w:tcW w:w="4320" w:type="dxa"/>
          </w:tcPr>
          <w:p w14:paraId="54364057" w14:textId="77777777" w:rsidR="00F307B9" w:rsidRDefault="00000000">
            <w:r>
              <w:t xml:space="preserve">🎨 </w:t>
            </w:r>
            <w:r>
              <w:t>題名</w:t>
            </w:r>
          </w:p>
        </w:tc>
        <w:tc>
          <w:tcPr>
            <w:tcW w:w="4320" w:type="dxa"/>
          </w:tcPr>
          <w:p w14:paraId="404F28EA" w14:textId="77777777" w:rsidR="00F307B9" w:rsidRDefault="00000000">
            <w:pPr>
              <w:rPr>
                <w:lang w:eastAsia="ja-JP"/>
              </w:rPr>
            </w:pPr>
            <w:r>
              <w:rPr>
                <w:lang w:eastAsia="ja-JP"/>
              </w:rPr>
              <w:t>にじのうえにいるねこ</w:t>
            </w:r>
          </w:p>
        </w:tc>
      </w:tr>
      <w:tr w:rsidR="00F307B9" w14:paraId="335086B5" w14:textId="77777777" w:rsidTr="00C06F03">
        <w:tc>
          <w:tcPr>
            <w:tcW w:w="4320" w:type="dxa"/>
          </w:tcPr>
          <w:p w14:paraId="5F44BD66" w14:textId="77777777" w:rsidR="00F307B9" w:rsidRDefault="00000000">
            <w:r>
              <w:t xml:space="preserve">💬 </w:t>
            </w:r>
            <w:proofErr w:type="spellStart"/>
            <w:r>
              <w:t>感想</w:t>
            </w:r>
            <w:proofErr w:type="spellEnd"/>
          </w:p>
        </w:tc>
        <w:tc>
          <w:tcPr>
            <w:tcW w:w="4320" w:type="dxa"/>
          </w:tcPr>
          <w:p w14:paraId="6B22DBA0" w14:textId="6884B918" w:rsidR="00C06F03" w:rsidRPr="00C06F03" w:rsidRDefault="00C06F03">
            <w:pPr>
              <w:rPr>
                <w:lang w:eastAsia="ja-JP"/>
              </w:rPr>
            </w:pPr>
            <w:r>
              <w:rPr>
                <w:lang w:eastAsia="ja-JP"/>
              </w:rPr>
              <w:t>・ねこがすき</w:t>
            </w:r>
            <w:r>
              <w:rPr>
                <w:lang w:eastAsia="ja-JP"/>
              </w:rPr>
              <w:br/>
            </w:r>
            <w:r>
              <w:rPr>
                <w:lang w:eastAsia="ja-JP"/>
              </w:rPr>
              <w:t>・にじもすき</w:t>
            </w:r>
            <w:r>
              <w:rPr>
                <w:lang w:eastAsia="ja-JP"/>
              </w:rPr>
              <w:br/>
            </w:r>
            <w:r>
              <w:rPr>
                <w:lang w:eastAsia="ja-JP"/>
              </w:rPr>
              <w:t>・しあわせのクローバーがうえからふってきている</w:t>
            </w:r>
            <w:r w:rsidR="003D3D84">
              <w:rPr>
                <w:rFonts w:hint="eastAsia"/>
                <w:lang w:eastAsia="ja-JP"/>
              </w:rPr>
              <w:t>。</w:t>
            </w:r>
          </w:p>
        </w:tc>
      </w:tr>
    </w:tbl>
    <w:p w14:paraId="334C91B7" w14:textId="77777777" w:rsidR="00F307B9" w:rsidRDefault="00F307B9">
      <w:pPr>
        <w:rPr>
          <w:lang w:eastAsia="ja-JP"/>
        </w:rPr>
      </w:pPr>
    </w:p>
    <w:p w14:paraId="12C48B41" w14:textId="77777777" w:rsidR="00796543" w:rsidRDefault="00796543">
      <w:pPr>
        <w:rPr>
          <w:rFonts w:hint="eastAsia"/>
          <w:lang w:eastAsia="ja-JP"/>
        </w:rPr>
      </w:pPr>
    </w:p>
    <w:tbl>
      <w:tblPr>
        <w:tblStyle w:val="afe"/>
        <w:tblW w:w="0" w:type="auto"/>
        <w:tblLook w:val="04A0" w:firstRow="1" w:lastRow="0" w:firstColumn="1" w:lastColumn="0" w:noHBand="0" w:noVBand="1"/>
      </w:tblPr>
      <w:tblGrid>
        <w:gridCol w:w="4151"/>
        <w:gridCol w:w="4151"/>
      </w:tblGrid>
      <w:tr w:rsidR="00F307B9" w14:paraId="38D7C65D" w14:textId="77777777">
        <w:tc>
          <w:tcPr>
            <w:tcW w:w="4320" w:type="dxa"/>
          </w:tcPr>
          <w:p w14:paraId="1B7EE9A8" w14:textId="77777777" w:rsidR="00F307B9" w:rsidRDefault="00000000">
            <w:r>
              <w:t xml:space="preserve">🏅 </w:t>
            </w:r>
            <w:proofErr w:type="spellStart"/>
            <w:r>
              <w:t>賞名</w:t>
            </w:r>
            <w:proofErr w:type="spellEnd"/>
          </w:p>
        </w:tc>
        <w:tc>
          <w:tcPr>
            <w:tcW w:w="4320" w:type="dxa"/>
          </w:tcPr>
          <w:p w14:paraId="6ED69324" w14:textId="77777777" w:rsidR="00F307B9" w:rsidRDefault="00000000">
            <w:r>
              <w:t>金賞</w:t>
            </w:r>
          </w:p>
        </w:tc>
      </w:tr>
      <w:tr w:rsidR="00F307B9" w14:paraId="44C7B8FD" w14:textId="77777777">
        <w:tc>
          <w:tcPr>
            <w:tcW w:w="4320" w:type="dxa"/>
          </w:tcPr>
          <w:p w14:paraId="48E1A20B" w14:textId="77777777" w:rsidR="00F307B9" w:rsidRDefault="00000000">
            <w:r>
              <w:t xml:space="preserve">👤 </w:t>
            </w:r>
            <w:r>
              <w:t>氏名（ふりがな）</w:t>
            </w:r>
          </w:p>
        </w:tc>
        <w:tc>
          <w:tcPr>
            <w:tcW w:w="4320" w:type="dxa"/>
          </w:tcPr>
          <w:p w14:paraId="13126C0C" w14:textId="149F41CE" w:rsidR="00F307B9" w:rsidRDefault="00000000">
            <w:pPr>
              <w:rPr>
                <w:lang w:eastAsia="ja-JP"/>
              </w:rPr>
            </w:pPr>
            <w:r>
              <w:rPr>
                <w:lang w:eastAsia="ja-JP"/>
              </w:rPr>
              <w:t>佐藤</w:t>
            </w:r>
            <w:r>
              <w:rPr>
                <w:lang w:eastAsia="ja-JP"/>
              </w:rPr>
              <w:t xml:space="preserve"> </w:t>
            </w:r>
            <w:r>
              <w:rPr>
                <w:lang w:eastAsia="ja-JP"/>
              </w:rPr>
              <w:t>颯（さとう</w:t>
            </w:r>
            <w:r>
              <w:rPr>
                <w:lang w:eastAsia="ja-JP"/>
              </w:rPr>
              <w:t xml:space="preserve"> </w:t>
            </w:r>
            <w:r w:rsidR="00257C14">
              <w:rPr>
                <w:rFonts w:hint="eastAsia"/>
                <w:lang w:eastAsia="ja-JP"/>
              </w:rPr>
              <w:t>はやて</w:t>
            </w:r>
            <w:r>
              <w:rPr>
                <w:lang w:eastAsia="ja-JP"/>
              </w:rPr>
              <w:t>）</w:t>
            </w:r>
          </w:p>
        </w:tc>
      </w:tr>
      <w:tr w:rsidR="00F307B9" w14:paraId="14E12F14" w14:textId="77777777">
        <w:tc>
          <w:tcPr>
            <w:tcW w:w="4320" w:type="dxa"/>
          </w:tcPr>
          <w:p w14:paraId="3D109754" w14:textId="77777777" w:rsidR="00F307B9" w:rsidRDefault="00000000">
            <w:r>
              <w:t xml:space="preserve">🏫 </w:t>
            </w:r>
            <w:proofErr w:type="spellStart"/>
            <w:r>
              <w:t>学校名・学年</w:t>
            </w:r>
            <w:proofErr w:type="spellEnd"/>
          </w:p>
        </w:tc>
        <w:tc>
          <w:tcPr>
            <w:tcW w:w="4320" w:type="dxa"/>
          </w:tcPr>
          <w:p w14:paraId="408A4E0D" w14:textId="77777777" w:rsidR="00F307B9" w:rsidRDefault="00000000">
            <w:r>
              <w:t>菅原小</w:t>
            </w:r>
            <w:r>
              <w:t xml:space="preserve"> 3</w:t>
            </w:r>
            <w:r>
              <w:t>年</w:t>
            </w:r>
          </w:p>
        </w:tc>
      </w:tr>
      <w:tr w:rsidR="00F307B9" w14:paraId="050BBA47" w14:textId="77777777">
        <w:tc>
          <w:tcPr>
            <w:tcW w:w="4320" w:type="dxa"/>
          </w:tcPr>
          <w:p w14:paraId="1DD7CA64" w14:textId="77777777" w:rsidR="00F307B9" w:rsidRDefault="00000000">
            <w:r>
              <w:t xml:space="preserve">🎨 </w:t>
            </w:r>
            <w:r>
              <w:t>題名</w:t>
            </w:r>
          </w:p>
        </w:tc>
        <w:tc>
          <w:tcPr>
            <w:tcW w:w="4320" w:type="dxa"/>
          </w:tcPr>
          <w:p w14:paraId="7A7C13AD" w14:textId="77777777" w:rsidR="00F307B9" w:rsidRDefault="00000000">
            <w:pPr>
              <w:rPr>
                <w:lang w:eastAsia="ja-JP"/>
              </w:rPr>
            </w:pPr>
            <w:r>
              <w:rPr>
                <w:lang w:eastAsia="ja-JP"/>
              </w:rPr>
              <w:t>ゆめで見たぼうけんするオニヤンマ</w:t>
            </w:r>
          </w:p>
        </w:tc>
      </w:tr>
      <w:tr w:rsidR="00F307B9" w14:paraId="0F842BFF" w14:textId="77777777">
        <w:tc>
          <w:tcPr>
            <w:tcW w:w="4320" w:type="dxa"/>
          </w:tcPr>
          <w:p w14:paraId="2DF5F4F5" w14:textId="77777777" w:rsidR="00F307B9" w:rsidRDefault="00000000">
            <w:r>
              <w:t xml:space="preserve">💬 </w:t>
            </w:r>
            <w:proofErr w:type="spellStart"/>
            <w:r>
              <w:t>感想</w:t>
            </w:r>
            <w:proofErr w:type="spellEnd"/>
          </w:p>
        </w:tc>
        <w:tc>
          <w:tcPr>
            <w:tcW w:w="4320" w:type="dxa"/>
          </w:tcPr>
          <w:p w14:paraId="4FC33990" w14:textId="00D0B6DD" w:rsidR="00F307B9" w:rsidRDefault="00000000">
            <w:pPr>
              <w:rPr>
                <w:lang w:eastAsia="ja-JP"/>
              </w:rPr>
            </w:pPr>
            <w:r>
              <w:rPr>
                <w:lang w:eastAsia="ja-JP"/>
              </w:rPr>
              <w:t>オニヤンマがぼうけんするゆめを見たのでかきました。オンヤンマが、</w:t>
            </w:r>
            <w:r w:rsidR="00CD1B24">
              <w:rPr>
                <w:rFonts w:hint="eastAsia"/>
                <w:lang w:eastAsia="ja-JP"/>
              </w:rPr>
              <w:t>海</w:t>
            </w:r>
            <w:r>
              <w:rPr>
                <w:lang w:eastAsia="ja-JP"/>
              </w:rPr>
              <w:t>をわたる時に船にのって行き、森で</w:t>
            </w:r>
            <w:r w:rsidR="00E94095">
              <w:rPr>
                <w:rFonts w:hint="eastAsia"/>
                <w:lang w:eastAsia="ja-JP"/>
              </w:rPr>
              <w:t>はべつ</w:t>
            </w:r>
            <w:r>
              <w:rPr>
                <w:lang w:eastAsia="ja-JP"/>
              </w:rPr>
              <w:t>のオニヤンマと仲間になって空を飛んでいます。むずかしかった所は、羽です。なぜなら、細かくかかないといけないからです。</w:t>
            </w:r>
          </w:p>
        </w:tc>
      </w:tr>
    </w:tbl>
    <w:p w14:paraId="5C989194" w14:textId="77777777" w:rsidR="00F307B9" w:rsidRDefault="00F307B9">
      <w:pPr>
        <w:rPr>
          <w:lang w:eastAsia="ja-JP"/>
        </w:rPr>
      </w:pPr>
    </w:p>
    <w:tbl>
      <w:tblPr>
        <w:tblStyle w:val="afe"/>
        <w:tblW w:w="0" w:type="auto"/>
        <w:tblLook w:val="04A0" w:firstRow="1" w:lastRow="0" w:firstColumn="1" w:lastColumn="0" w:noHBand="0" w:noVBand="1"/>
      </w:tblPr>
      <w:tblGrid>
        <w:gridCol w:w="4151"/>
        <w:gridCol w:w="4151"/>
      </w:tblGrid>
      <w:tr w:rsidR="00F307B9" w14:paraId="23DCF815" w14:textId="77777777">
        <w:tc>
          <w:tcPr>
            <w:tcW w:w="4320" w:type="dxa"/>
          </w:tcPr>
          <w:p w14:paraId="6415C097" w14:textId="77777777" w:rsidR="00F307B9" w:rsidRDefault="00000000">
            <w:r>
              <w:t xml:space="preserve">🏅 </w:t>
            </w:r>
            <w:proofErr w:type="spellStart"/>
            <w:r>
              <w:t>賞名</w:t>
            </w:r>
            <w:proofErr w:type="spellEnd"/>
          </w:p>
        </w:tc>
        <w:tc>
          <w:tcPr>
            <w:tcW w:w="4320" w:type="dxa"/>
          </w:tcPr>
          <w:p w14:paraId="318A5B4A" w14:textId="77777777" w:rsidR="00F307B9" w:rsidRDefault="00000000">
            <w:r>
              <w:t>銀賞</w:t>
            </w:r>
          </w:p>
        </w:tc>
      </w:tr>
      <w:tr w:rsidR="00F307B9" w14:paraId="5259CD9B" w14:textId="77777777">
        <w:tc>
          <w:tcPr>
            <w:tcW w:w="4320" w:type="dxa"/>
          </w:tcPr>
          <w:p w14:paraId="6F25FB11" w14:textId="77777777" w:rsidR="00F307B9" w:rsidRDefault="00000000">
            <w:r>
              <w:t xml:space="preserve">👤 </w:t>
            </w:r>
            <w:r>
              <w:t>氏名（ふりがな）</w:t>
            </w:r>
          </w:p>
        </w:tc>
        <w:tc>
          <w:tcPr>
            <w:tcW w:w="4320" w:type="dxa"/>
          </w:tcPr>
          <w:p w14:paraId="1F1DB948" w14:textId="77777777" w:rsidR="00F307B9" w:rsidRDefault="00000000">
            <w:pPr>
              <w:rPr>
                <w:lang w:eastAsia="ja-JP"/>
              </w:rPr>
            </w:pPr>
            <w:r>
              <w:rPr>
                <w:lang w:eastAsia="ja-JP"/>
              </w:rPr>
              <w:t>神田</w:t>
            </w:r>
            <w:r>
              <w:rPr>
                <w:lang w:eastAsia="ja-JP"/>
              </w:rPr>
              <w:t xml:space="preserve"> </w:t>
            </w:r>
            <w:r>
              <w:rPr>
                <w:lang w:eastAsia="ja-JP"/>
              </w:rPr>
              <w:t>のゆは（かんだ</w:t>
            </w:r>
            <w:r>
              <w:rPr>
                <w:lang w:eastAsia="ja-JP"/>
              </w:rPr>
              <w:t xml:space="preserve"> </w:t>
            </w:r>
            <w:r>
              <w:rPr>
                <w:lang w:eastAsia="ja-JP"/>
              </w:rPr>
              <w:t>のゆは）</w:t>
            </w:r>
          </w:p>
        </w:tc>
      </w:tr>
      <w:tr w:rsidR="00F307B9" w14:paraId="7C5311C2" w14:textId="77777777">
        <w:tc>
          <w:tcPr>
            <w:tcW w:w="4320" w:type="dxa"/>
          </w:tcPr>
          <w:p w14:paraId="5A3193F7" w14:textId="77777777" w:rsidR="00F307B9" w:rsidRDefault="00000000">
            <w:r>
              <w:t xml:space="preserve">🏫 </w:t>
            </w:r>
            <w:proofErr w:type="spellStart"/>
            <w:r>
              <w:t>学校名・学年</w:t>
            </w:r>
            <w:proofErr w:type="spellEnd"/>
          </w:p>
        </w:tc>
        <w:tc>
          <w:tcPr>
            <w:tcW w:w="4320" w:type="dxa"/>
          </w:tcPr>
          <w:p w14:paraId="3B0650B5" w14:textId="77777777" w:rsidR="00F307B9" w:rsidRDefault="00000000">
            <w:r>
              <w:t>半原小</w:t>
            </w:r>
            <w:r>
              <w:t xml:space="preserve"> 4</w:t>
            </w:r>
            <w:r>
              <w:t>年</w:t>
            </w:r>
          </w:p>
        </w:tc>
      </w:tr>
      <w:tr w:rsidR="00F307B9" w14:paraId="1314318B" w14:textId="77777777">
        <w:tc>
          <w:tcPr>
            <w:tcW w:w="4320" w:type="dxa"/>
          </w:tcPr>
          <w:p w14:paraId="19DD2FCC" w14:textId="77777777" w:rsidR="00F307B9" w:rsidRDefault="00000000">
            <w:r>
              <w:t xml:space="preserve">🎨 </w:t>
            </w:r>
            <w:r>
              <w:t>題名</w:t>
            </w:r>
          </w:p>
        </w:tc>
        <w:tc>
          <w:tcPr>
            <w:tcW w:w="4320" w:type="dxa"/>
          </w:tcPr>
          <w:p w14:paraId="557F6360" w14:textId="77777777" w:rsidR="00F307B9" w:rsidRDefault="00000000">
            <w:pPr>
              <w:rPr>
                <w:lang w:eastAsia="ja-JP"/>
              </w:rPr>
            </w:pPr>
            <w:r>
              <w:rPr>
                <w:lang w:eastAsia="ja-JP"/>
              </w:rPr>
              <w:t>だいすきなカメレオン</w:t>
            </w:r>
          </w:p>
        </w:tc>
      </w:tr>
      <w:tr w:rsidR="00F307B9" w14:paraId="5229204B" w14:textId="77777777">
        <w:tc>
          <w:tcPr>
            <w:tcW w:w="4320" w:type="dxa"/>
          </w:tcPr>
          <w:p w14:paraId="08BD68E8" w14:textId="77777777" w:rsidR="00F307B9" w:rsidRDefault="00000000">
            <w:r>
              <w:t xml:space="preserve">💬 </w:t>
            </w:r>
            <w:proofErr w:type="spellStart"/>
            <w:r>
              <w:t>感想</w:t>
            </w:r>
            <w:proofErr w:type="spellEnd"/>
          </w:p>
        </w:tc>
        <w:tc>
          <w:tcPr>
            <w:tcW w:w="4320" w:type="dxa"/>
          </w:tcPr>
          <w:p w14:paraId="656E43BA" w14:textId="77777777" w:rsidR="00F307B9" w:rsidRDefault="00000000">
            <w:pPr>
              <w:rPr>
                <w:lang w:eastAsia="ja-JP"/>
              </w:rPr>
            </w:pPr>
            <w:r>
              <w:rPr>
                <w:lang w:eastAsia="ja-JP"/>
              </w:rPr>
              <w:t>大すきなカメレオンを絵にして、かけたのでうれしかったです。また、カメレオンが、たまごを、うんだのでうれしかったです。</w:t>
            </w:r>
          </w:p>
        </w:tc>
      </w:tr>
    </w:tbl>
    <w:p w14:paraId="0EC8C267" w14:textId="77777777" w:rsidR="00F307B9" w:rsidRDefault="00F307B9">
      <w:pPr>
        <w:rPr>
          <w:lang w:eastAsia="ja-JP"/>
        </w:rPr>
      </w:pPr>
    </w:p>
    <w:tbl>
      <w:tblPr>
        <w:tblStyle w:val="afe"/>
        <w:tblW w:w="0" w:type="auto"/>
        <w:tblLook w:val="04A0" w:firstRow="1" w:lastRow="0" w:firstColumn="1" w:lastColumn="0" w:noHBand="0" w:noVBand="1"/>
      </w:tblPr>
      <w:tblGrid>
        <w:gridCol w:w="4151"/>
        <w:gridCol w:w="4151"/>
      </w:tblGrid>
      <w:tr w:rsidR="00F307B9" w14:paraId="50474DA6" w14:textId="77777777">
        <w:tc>
          <w:tcPr>
            <w:tcW w:w="4320" w:type="dxa"/>
          </w:tcPr>
          <w:p w14:paraId="46D6A523" w14:textId="77777777" w:rsidR="00F307B9" w:rsidRDefault="00000000">
            <w:r>
              <w:t xml:space="preserve">🏅 </w:t>
            </w:r>
            <w:proofErr w:type="spellStart"/>
            <w:r>
              <w:t>賞名</w:t>
            </w:r>
            <w:proofErr w:type="spellEnd"/>
          </w:p>
        </w:tc>
        <w:tc>
          <w:tcPr>
            <w:tcW w:w="4320" w:type="dxa"/>
          </w:tcPr>
          <w:p w14:paraId="338A00A3" w14:textId="77777777" w:rsidR="00F307B9" w:rsidRDefault="00000000">
            <w:r>
              <w:t>銅賞</w:t>
            </w:r>
          </w:p>
        </w:tc>
      </w:tr>
      <w:tr w:rsidR="00F307B9" w14:paraId="71DA20B7" w14:textId="77777777">
        <w:tc>
          <w:tcPr>
            <w:tcW w:w="4320" w:type="dxa"/>
          </w:tcPr>
          <w:p w14:paraId="5A7AAA60" w14:textId="77777777" w:rsidR="00F307B9" w:rsidRDefault="00000000">
            <w:r>
              <w:t xml:space="preserve">👤 </w:t>
            </w:r>
            <w:r>
              <w:t>氏名（ふりがな）</w:t>
            </w:r>
          </w:p>
        </w:tc>
        <w:tc>
          <w:tcPr>
            <w:tcW w:w="4320" w:type="dxa"/>
          </w:tcPr>
          <w:p w14:paraId="2EE7133F" w14:textId="77777777" w:rsidR="00F307B9" w:rsidRDefault="00000000">
            <w:pPr>
              <w:rPr>
                <w:lang w:eastAsia="ja-JP"/>
              </w:rPr>
            </w:pPr>
            <w:r>
              <w:rPr>
                <w:lang w:eastAsia="ja-JP"/>
              </w:rPr>
              <w:t>鳥海</w:t>
            </w:r>
            <w:r>
              <w:rPr>
                <w:lang w:eastAsia="ja-JP"/>
              </w:rPr>
              <w:t xml:space="preserve"> </w:t>
            </w:r>
            <w:r>
              <w:rPr>
                <w:lang w:eastAsia="ja-JP"/>
              </w:rPr>
              <w:t>彩良（とりうみ</w:t>
            </w:r>
            <w:r>
              <w:rPr>
                <w:lang w:eastAsia="ja-JP"/>
              </w:rPr>
              <w:t xml:space="preserve"> </w:t>
            </w:r>
            <w:r>
              <w:rPr>
                <w:lang w:eastAsia="ja-JP"/>
              </w:rPr>
              <w:t>さら）</w:t>
            </w:r>
          </w:p>
        </w:tc>
      </w:tr>
      <w:tr w:rsidR="00F307B9" w14:paraId="4DEF4613" w14:textId="77777777">
        <w:tc>
          <w:tcPr>
            <w:tcW w:w="4320" w:type="dxa"/>
          </w:tcPr>
          <w:p w14:paraId="5825FB99" w14:textId="77777777" w:rsidR="00F307B9" w:rsidRDefault="00000000">
            <w:r>
              <w:t xml:space="preserve">🏫 </w:t>
            </w:r>
            <w:proofErr w:type="spellStart"/>
            <w:r>
              <w:t>学校名・学年</w:t>
            </w:r>
            <w:proofErr w:type="spellEnd"/>
          </w:p>
        </w:tc>
        <w:tc>
          <w:tcPr>
            <w:tcW w:w="4320" w:type="dxa"/>
          </w:tcPr>
          <w:p w14:paraId="443204CF" w14:textId="77777777" w:rsidR="00F307B9" w:rsidRDefault="00000000">
            <w:r>
              <w:t>中津小</w:t>
            </w:r>
            <w:r>
              <w:t xml:space="preserve"> 4</w:t>
            </w:r>
            <w:r>
              <w:t>年</w:t>
            </w:r>
          </w:p>
        </w:tc>
      </w:tr>
      <w:tr w:rsidR="00F307B9" w14:paraId="036577B9" w14:textId="77777777">
        <w:tc>
          <w:tcPr>
            <w:tcW w:w="4320" w:type="dxa"/>
          </w:tcPr>
          <w:p w14:paraId="6F602EAD" w14:textId="77777777" w:rsidR="00F307B9" w:rsidRDefault="00000000">
            <w:r>
              <w:t xml:space="preserve">🎨 </w:t>
            </w:r>
            <w:r>
              <w:t>題名</w:t>
            </w:r>
          </w:p>
        </w:tc>
        <w:tc>
          <w:tcPr>
            <w:tcW w:w="4320" w:type="dxa"/>
          </w:tcPr>
          <w:p w14:paraId="57EB92A4" w14:textId="77777777" w:rsidR="00F307B9" w:rsidRDefault="00000000">
            <w:r>
              <w:t>私の泳いでみたい海</w:t>
            </w:r>
          </w:p>
        </w:tc>
      </w:tr>
      <w:tr w:rsidR="00F307B9" w14:paraId="2AD66981" w14:textId="77777777">
        <w:tc>
          <w:tcPr>
            <w:tcW w:w="4320" w:type="dxa"/>
          </w:tcPr>
          <w:p w14:paraId="66AE9506" w14:textId="77777777" w:rsidR="00F307B9" w:rsidRDefault="00000000">
            <w:r>
              <w:t xml:space="preserve">💬 </w:t>
            </w:r>
            <w:r>
              <w:t>感想</w:t>
            </w:r>
          </w:p>
        </w:tc>
        <w:tc>
          <w:tcPr>
            <w:tcW w:w="4320" w:type="dxa"/>
          </w:tcPr>
          <w:p w14:paraId="5297F673" w14:textId="77777777" w:rsidR="00F307B9" w:rsidRDefault="00000000">
            <w:pPr>
              <w:rPr>
                <w:lang w:eastAsia="ja-JP"/>
              </w:rPr>
            </w:pPr>
            <w:r>
              <w:rPr>
                <w:lang w:eastAsia="ja-JP"/>
              </w:rPr>
              <w:t>サンゴを描くのが難しかったです。</w:t>
            </w:r>
          </w:p>
        </w:tc>
      </w:tr>
    </w:tbl>
    <w:p w14:paraId="7E9A3787" w14:textId="77777777" w:rsidR="00F307B9" w:rsidRDefault="00F307B9">
      <w:pPr>
        <w:rPr>
          <w:rFonts w:hint="eastAsia"/>
          <w:lang w:eastAsia="ja-JP"/>
        </w:rPr>
      </w:pPr>
    </w:p>
    <w:tbl>
      <w:tblPr>
        <w:tblStyle w:val="afe"/>
        <w:tblW w:w="0" w:type="auto"/>
        <w:tblLook w:val="04A0" w:firstRow="1" w:lastRow="0" w:firstColumn="1" w:lastColumn="0" w:noHBand="0" w:noVBand="1"/>
      </w:tblPr>
      <w:tblGrid>
        <w:gridCol w:w="4151"/>
        <w:gridCol w:w="4151"/>
      </w:tblGrid>
      <w:tr w:rsidR="00F307B9" w14:paraId="75E171B0" w14:textId="77777777">
        <w:tc>
          <w:tcPr>
            <w:tcW w:w="4320" w:type="dxa"/>
          </w:tcPr>
          <w:p w14:paraId="7D5122B0" w14:textId="77777777" w:rsidR="00F307B9" w:rsidRDefault="00000000">
            <w:r>
              <w:t xml:space="preserve">🏅 </w:t>
            </w:r>
            <w:proofErr w:type="spellStart"/>
            <w:r>
              <w:t>賞名</w:t>
            </w:r>
            <w:proofErr w:type="spellEnd"/>
          </w:p>
        </w:tc>
        <w:tc>
          <w:tcPr>
            <w:tcW w:w="4320" w:type="dxa"/>
          </w:tcPr>
          <w:p w14:paraId="2CACA277" w14:textId="77777777" w:rsidR="00F307B9" w:rsidRDefault="00000000">
            <w:r>
              <w:t>努力賞</w:t>
            </w:r>
          </w:p>
        </w:tc>
      </w:tr>
      <w:tr w:rsidR="00F307B9" w14:paraId="2384F96F" w14:textId="77777777">
        <w:tc>
          <w:tcPr>
            <w:tcW w:w="4320" w:type="dxa"/>
          </w:tcPr>
          <w:p w14:paraId="64D3718F" w14:textId="77777777" w:rsidR="00F307B9" w:rsidRDefault="00000000">
            <w:r>
              <w:t xml:space="preserve">👤 </w:t>
            </w:r>
            <w:r>
              <w:t>氏名（ふりがな）</w:t>
            </w:r>
          </w:p>
        </w:tc>
        <w:tc>
          <w:tcPr>
            <w:tcW w:w="4320" w:type="dxa"/>
          </w:tcPr>
          <w:p w14:paraId="1EB86846" w14:textId="77777777" w:rsidR="00F307B9" w:rsidRDefault="00000000">
            <w:pPr>
              <w:rPr>
                <w:lang w:eastAsia="ja-JP"/>
              </w:rPr>
            </w:pPr>
            <w:r>
              <w:rPr>
                <w:lang w:eastAsia="ja-JP"/>
              </w:rPr>
              <w:t>永田</w:t>
            </w:r>
            <w:r>
              <w:rPr>
                <w:lang w:eastAsia="ja-JP"/>
              </w:rPr>
              <w:t xml:space="preserve"> </w:t>
            </w:r>
            <w:r>
              <w:rPr>
                <w:lang w:eastAsia="ja-JP"/>
              </w:rPr>
              <w:t>浬莉彩（ながた</w:t>
            </w:r>
            <w:r>
              <w:rPr>
                <w:lang w:eastAsia="ja-JP"/>
              </w:rPr>
              <w:t xml:space="preserve"> </w:t>
            </w:r>
            <w:r>
              <w:rPr>
                <w:lang w:eastAsia="ja-JP"/>
              </w:rPr>
              <w:t>りりあ）</w:t>
            </w:r>
          </w:p>
        </w:tc>
      </w:tr>
      <w:tr w:rsidR="00F307B9" w14:paraId="0889898E" w14:textId="77777777">
        <w:tc>
          <w:tcPr>
            <w:tcW w:w="4320" w:type="dxa"/>
          </w:tcPr>
          <w:p w14:paraId="3F61CD0C" w14:textId="77777777" w:rsidR="00F307B9" w:rsidRDefault="00000000">
            <w:r>
              <w:t xml:space="preserve">🏫 </w:t>
            </w:r>
            <w:proofErr w:type="spellStart"/>
            <w:r>
              <w:t>学校名・学年</w:t>
            </w:r>
            <w:proofErr w:type="spellEnd"/>
          </w:p>
        </w:tc>
        <w:tc>
          <w:tcPr>
            <w:tcW w:w="4320" w:type="dxa"/>
          </w:tcPr>
          <w:p w14:paraId="26042844" w14:textId="77777777" w:rsidR="00F307B9" w:rsidRDefault="00000000">
            <w:r>
              <w:t>中津小</w:t>
            </w:r>
            <w:r>
              <w:t xml:space="preserve"> 3</w:t>
            </w:r>
            <w:r>
              <w:t>年</w:t>
            </w:r>
          </w:p>
        </w:tc>
      </w:tr>
      <w:tr w:rsidR="00F307B9" w14:paraId="3C2517FC" w14:textId="77777777">
        <w:tc>
          <w:tcPr>
            <w:tcW w:w="4320" w:type="dxa"/>
          </w:tcPr>
          <w:p w14:paraId="1F6EBFB0" w14:textId="77777777" w:rsidR="00F307B9" w:rsidRDefault="00000000">
            <w:r>
              <w:t xml:space="preserve">🎨 </w:t>
            </w:r>
            <w:r>
              <w:t>題名</w:t>
            </w:r>
          </w:p>
        </w:tc>
        <w:tc>
          <w:tcPr>
            <w:tcW w:w="4320" w:type="dxa"/>
          </w:tcPr>
          <w:p w14:paraId="76BC9821" w14:textId="77777777" w:rsidR="00F307B9" w:rsidRDefault="00000000">
            <w:r>
              <w:t>たのしい学校</w:t>
            </w:r>
          </w:p>
        </w:tc>
      </w:tr>
      <w:tr w:rsidR="00F307B9" w14:paraId="7CD0356E" w14:textId="77777777">
        <w:tc>
          <w:tcPr>
            <w:tcW w:w="4320" w:type="dxa"/>
          </w:tcPr>
          <w:p w14:paraId="7615EAE5" w14:textId="77777777" w:rsidR="00F307B9" w:rsidRDefault="00000000">
            <w:r>
              <w:t xml:space="preserve">💬 </w:t>
            </w:r>
            <w:r>
              <w:t>感想</w:t>
            </w:r>
          </w:p>
        </w:tc>
        <w:tc>
          <w:tcPr>
            <w:tcW w:w="4320" w:type="dxa"/>
          </w:tcPr>
          <w:p w14:paraId="41E156EA" w14:textId="17F4C848" w:rsidR="00F307B9" w:rsidRDefault="00000000">
            <w:pPr>
              <w:rPr>
                <w:lang w:eastAsia="ja-JP"/>
              </w:rPr>
            </w:pPr>
            <w:r>
              <w:rPr>
                <w:lang w:eastAsia="ja-JP"/>
              </w:rPr>
              <w:t>かげのむきがむずかしかったです。</w:t>
            </w:r>
          </w:p>
        </w:tc>
      </w:tr>
    </w:tbl>
    <w:p w14:paraId="5A9EC8C7" w14:textId="77777777" w:rsidR="00F307B9" w:rsidRDefault="00F307B9">
      <w:pPr>
        <w:rPr>
          <w:lang w:eastAsia="ja-JP"/>
        </w:rPr>
      </w:pPr>
    </w:p>
    <w:tbl>
      <w:tblPr>
        <w:tblStyle w:val="afe"/>
        <w:tblW w:w="0" w:type="auto"/>
        <w:tblLook w:val="04A0" w:firstRow="1" w:lastRow="0" w:firstColumn="1" w:lastColumn="0" w:noHBand="0" w:noVBand="1"/>
      </w:tblPr>
      <w:tblGrid>
        <w:gridCol w:w="4151"/>
        <w:gridCol w:w="4151"/>
      </w:tblGrid>
      <w:tr w:rsidR="00F307B9" w14:paraId="5C6F20A1" w14:textId="77777777">
        <w:tc>
          <w:tcPr>
            <w:tcW w:w="4320" w:type="dxa"/>
          </w:tcPr>
          <w:p w14:paraId="18895209" w14:textId="77777777" w:rsidR="00F307B9" w:rsidRDefault="00000000">
            <w:r>
              <w:t xml:space="preserve">🏅 </w:t>
            </w:r>
            <w:proofErr w:type="spellStart"/>
            <w:r>
              <w:t>賞名</w:t>
            </w:r>
            <w:proofErr w:type="spellEnd"/>
          </w:p>
        </w:tc>
        <w:tc>
          <w:tcPr>
            <w:tcW w:w="4320" w:type="dxa"/>
          </w:tcPr>
          <w:p w14:paraId="671CF1A4" w14:textId="77777777" w:rsidR="00F307B9" w:rsidRDefault="00000000">
            <w:r>
              <w:t>努力賞</w:t>
            </w:r>
          </w:p>
        </w:tc>
      </w:tr>
      <w:tr w:rsidR="00F307B9" w14:paraId="54347F1A" w14:textId="77777777">
        <w:tc>
          <w:tcPr>
            <w:tcW w:w="4320" w:type="dxa"/>
          </w:tcPr>
          <w:p w14:paraId="2E43AA97" w14:textId="77777777" w:rsidR="00F307B9" w:rsidRDefault="00000000">
            <w:r>
              <w:t xml:space="preserve">👤 </w:t>
            </w:r>
            <w:r>
              <w:t>氏名（ふりがな）</w:t>
            </w:r>
          </w:p>
        </w:tc>
        <w:tc>
          <w:tcPr>
            <w:tcW w:w="4320" w:type="dxa"/>
          </w:tcPr>
          <w:p w14:paraId="74F41E1F" w14:textId="34997232" w:rsidR="00F307B9" w:rsidRDefault="00000000">
            <w:pPr>
              <w:rPr>
                <w:lang w:eastAsia="ja-JP"/>
              </w:rPr>
            </w:pPr>
            <w:r>
              <w:rPr>
                <w:lang w:eastAsia="ja-JP"/>
              </w:rPr>
              <w:t>中谷</w:t>
            </w:r>
            <w:r>
              <w:rPr>
                <w:lang w:eastAsia="ja-JP"/>
              </w:rPr>
              <w:t xml:space="preserve"> </w:t>
            </w:r>
            <w:r>
              <w:rPr>
                <w:lang w:eastAsia="ja-JP"/>
              </w:rPr>
              <w:t>心音（なかや</w:t>
            </w:r>
            <w:r>
              <w:rPr>
                <w:lang w:eastAsia="ja-JP"/>
              </w:rPr>
              <w:t xml:space="preserve"> </w:t>
            </w:r>
            <w:r>
              <w:rPr>
                <w:lang w:eastAsia="ja-JP"/>
              </w:rPr>
              <w:t>こ</w:t>
            </w:r>
            <w:r w:rsidR="00D63D8B">
              <w:rPr>
                <w:rFonts w:hint="eastAsia"/>
                <w:lang w:eastAsia="ja-JP"/>
              </w:rPr>
              <w:t>と</w:t>
            </w:r>
            <w:r>
              <w:rPr>
                <w:lang w:eastAsia="ja-JP"/>
              </w:rPr>
              <w:t>）</w:t>
            </w:r>
          </w:p>
        </w:tc>
      </w:tr>
      <w:tr w:rsidR="00F307B9" w14:paraId="4B9B0F66" w14:textId="77777777">
        <w:tc>
          <w:tcPr>
            <w:tcW w:w="4320" w:type="dxa"/>
          </w:tcPr>
          <w:p w14:paraId="7CFCDB63" w14:textId="77777777" w:rsidR="00F307B9" w:rsidRDefault="00000000">
            <w:r>
              <w:t xml:space="preserve">🏫 </w:t>
            </w:r>
            <w:proofErr w:type="spellStart"/>
            <w:r>
              <w:t>学校名・学年</w:t>
            </w:r>
            <w:proofErr w:type="spellEnd"/>
          </w:p>
        </w:tc>
        <w:tc>
          <w:tcPr>
            <w:tcW w:w="4320" w:type="dxa"/>
          </w:tcPr>
          <w:p w14:paraId="0B796818" w14:textId="77777777" w:rsidR="00F307B9" w:rsidRDefault="00000000">
            <w:r>
              <w:t>中津小</w:t>
            </w:r>
            <w:r>
              <w:t xml:space="preserve"> 3</w:t>
            </w:r>
            <w:r>
              <w:t>年</w:t>
            </w:r>
          </w:p>
        </w:tc>
      </w:tr>
      <w:tr w:rsidR="00F307B9" w14:paraId="221DA39A" w14:textId="77777777">
        <w:tc>
          <w:tcPr>
            <w:tcW w:w="4320" w:type="dxa"/>
          </w:tcPr>
          <w:p w14:paraId="16AA9C1E" w14:textId="77777777" w:rsidR="00F307B9" w:rsidRDefault="00000000">
            <w:r>
              <w:t xml:space="preserve">🎨 </w:t>
            </w:r>
            <w:r>
              <w:t>題名</w:t>
            </w:r>
          </w:p>
        </w:tc>
        <w:tc>
          <w:tcPr>
            <w:tcW w:w="4320" w:type="dxa"/>
          </w:tcPr>
          <w:p w14:paraId="2A33D921" w14:textId="77777777" w:rsidR="00F307B9" w:rsidRDefault="00000000">
            <w:r>
              <w:t>平和な町</w:t>
            </w:r>
          </w:p>
        </w:tc>
      </w:tr>
      <w:tr w:rsidR="00F307B9" w14:paraId="1F2A973F" w14:textId="77777777">
        <w:tc>
          <w:tcPr>
            <w:tcW w:w="4320" w:type="dxa"/>
          </w:tcPr>
          <w:p w14:paraId="661A11E7" w14:textId="77777777" w:rsidR="00F307B9" w:rsidRDefault="00000000">
            <w:r>
              <w:t xml:space="preserve">💬 </w:t>
            </w:r>
            <w:r>
              <w:t>感想</w:t>
            </w:r>
          </w:p>
        </w:tc>
        <w:tc>
          <w:tcPr>
            <w:tcW w:w="4320" w:type="dxa"/>
          </w:tcPr>
          <w:p w14:paraId="112DA549" w14:textId="0C7084D8" w:rsidR="00F307B9" w:rsidRDefault="00000000">
            <w:pPr>
              <w:rPr>
                <w:lang w:eastAsia="ja-JP"/>
              </w:rPr>
            </w:pPr>
            <w:r>
              <w:rPr>
                <w:lang w:eastAsia="ja-JP"/>
              </w:rPr>
              <w:t>地球のまわりをハ</w:t>
            </w:r>
            <w:r w:rsidR="0032292D">
              <w:rPr>
                <w:rFonts w:hint="eastAsia"/>
                <w:lang w:eastAsia="ja-JP"/>
              </w:rPr>
              <w:t>ート</w:t>
            </w:r>
            <w:r>
              <w:rPr>
                <w:lang w:eastAsia="ja-JP"/>
              </w:rPr>
              <w:t>でかこんだ所を工夫しました。</w:t>
            </w:r>
          </w:p>
        </w:tc>
      </w:tr>
    </w:tbl>
    <w:p w14:paraId="3FF9086E" w14:textId="77777777" w:rsidR="00F307B9" w:rsidRDefault="00F307B9">
      <w:pPr>
        <w:rPr>
          <w:lang w:eastAsia="ja-JP"/>
        </w:rPr>
      </w:pPr>
    </w:p>
    <w:p w14:paraId="38298C00" w14:textId="77777777" w:rsidR="00796543" w:rsidRDefault="00796543">
      <w:pPr>
        <w:rPr>
          <w:rFonts w:hint="eastAsia"/>
          <w:lang w:eastAsia="ja-JP"/>
        </w:rPr>
      </w:pPr>
    </w:p>
    <w:tbl>
      <w:tblPr>
        <w:tblStyle w:val="afe"/>
        <w:tblW w:w="0" w:type="auto"/>
        <w:tblLook w:val="04A0" w:firstRow="1" w:lastRow="0" w:firstColumn="1" w:lastColumn="0" w:noHBand="0" w:noVBand="1"/>
      </w:tblPr>
      <w:tblGrid>
        <w:gridCol w:w="4150"/>
        <w:gridCol w:w="4152"/>
      </w:tblGrid>
      <w:tr w:rsidR="00F307B9" w14:paraId="0243C8F5" w14:textId="77777777">
        <w:tc>
          <w:tcPr>
            <w:tcW w:w="4320" w:type="dxa"/>
          </w:tcPr>
          <w:p w14:paraId="4FC534CF" w14:textId="77777777" w:rsidR="00F307B9" w:rsidRDefault="00000000">
            <w:r>
              <w:t xml:space="preserve">🏅 </w:t>
            </w:r>
            <w:proofErr w:type="spellStart"/>
            <w:r>
              <w:t>賞名</w:t>
            </w:r>
            <w:proofErr w:type="spellEnd"/>
          </w:p>
        </w:tc>
        <w:tc>
          <w:tcPr>
            <w:tcW w:w="4320" w:type="dxa"/>
          </w:tcPr>
          <w:p w14:paraId="5B87C2AA" w14:textId="77777777" w:rsidR="00F307B9" w:rsidRDefault="00000000">
            <w:r>
              <w:t>努力賞</w:t>
            </w:r>
          </w:p>
        </w:tc>
      </w:tr>
      <w:tr w:rsidR="00F307B9" w14:paraId="2EBF7205" w14:textId="77777777">
        <w:tc>
          <w:tcPr>
            <w:tcW w:w="4320" w:type="dxa"/>
          </w:tcPr>
          <w:p w14:paraId="7D810045" w14:textId="77777777" w:rsidR="00F307B9" w:rsidRDefault="00000000">
            <w:r>
              <w:t xml:space="preserve">👤 </w:t>
            </w:r>
            <w:r>
              <w:t>氏名（ふりがな）</w:t>
            </w:r>
          </w:p>
        </w:tc>
        <w:tc>
          <w:tcPr>
            <w:tcW w:w="4320" w:type="dxa"/>
          </w:tcPr>
          <w:p w14:paraId="58F449C8" w14:textId="77777777" w:rsidR="00F307B9" w:rsidRDefault="00000000">
            <w:pPr>
              <w:rPr>
                <w:lang w:eastAsia="ja-JP"/>
              </w:rPr>
            </w:pPr>
            <w:r>
              <w:rPr>
                <w:lang w:eastAsia="ja-JP"/>
              </w:rPr>
              <w:t>内金﨑</w:t>
            </w:r>
            <w:r>
              <w:rPr>
                <w:lang w:eastAsia="ja-JP"/>
              </w:rPr>
              <w:t xml:space="preserve"> </w:t>
            </w:r>
            <w:r>
              <w:rPr>
                <w:lang w:eastAsia="ja-JP"/>
              </w:rPr>
              <w:t>薫（うちかねざき</w:t>
            </w:r>
            <w:r>
              <w:rPr>
                <w:lang w:eastAsia="ja-JP"/>
              </w:rPr>
              <w:t xml:space="preserve"> </w:t>
            </w:r>
            <w:r>
              <w:rPr>
                <w:lang w:eastAsia="ja-JP"/>
              </w:rPr>
              <w:t>かおる）</w:t>
            </w:r>
          </w:p>
        </w:tc>
      </w:tr>
      <w:tr w:rsidR="00F307B9" w14:paraId="5D7910DC" w14:textId="77777777">
        <w:tc>
          <w:tcPr>
            <w:tcW w:w="4320" w:type="dxa"/>
          </w:tcPr>
          <w:p w14:paraId="01860708" w14:textId="77777777" w:rsidR="00F307B9" w:rsidRDefault="00000000">
            <w:r>
              <w:t xml:space="preserve">🏫 </w:t>
            </w:r>
            <w:proofErr w:type="spellStart"/>
            <w:r>
              <w:t>学校名・学年</w:t>
            </w:r>
            <w:proofErr w:type="spellEnd"/>
          </w:p>
        </w:tc>
        <w:tc>
          <w:tcPr>
            <w:tcW w:w="4320" w:type="dxa"/>
          </w:tcPr>
          <w:p w14:paraId="0DC86FE3" w14:textId="77777777" w:rsidR="00F307B9" w:rsidRDefault="00000000">
            <w:r>
              <w:t>半原小</w:t>
            </w:r>
            <w:r>
              <w:t xml:space="preserve"> 1</w:t>
            </w:r>
            <w:r>
              <w:t>年</w:t>
            </w:r>
          </w:p>
        </w:tc>
      </w:tr>
      <w:tr w:rsidR="00F307B9" w14:paraId="2E80687B" w14:textId="77777777">
        <w:tc>
          <w:tcPr>
            <w:tcW w:w="4320" w:type="dxa"/>
          </w:tcPr>
          <w:p w14:paraId="0888B283" w14:textId="77777777" w:rsidR="00F307B9" w:rsidRDefault="00000000">
            <w:r>
              <w:t xml:space="preserve">🎨 </w:t>
            </w:r>
            <w:r>
              <w:t>題名</w:t>
            </w:r>
          </w:p>
        </w:tc>
        <w:tc>
          <w:tcPr>
            <w:tcW w:w="4320" w:type="dxa"/>
          </w:tcPr>
          <w:p w14:paraId="7F34FAA4" w14:textId="77777777" w:rsidR="00F307B9" w:rsidRDefault="00000000">
            <w:r>
              <w:t>にぎりずしめいじん</w:t>
            </w:r>
          </w:p>
        </w:tc>
      </w:tr>
      <w:tr w:rsidR="00F307B9" w14:paraId="370D29B3" w14:textId="77777777">
        <w:tc>
          <w:tcPr>
            <w:tcW w:w="4320" w:type="dxa"/>
          </w:tcPr>
          <w:p w14:paraId="0F34F6C0" w14:textId="77777777" w:rsidR="00F307B9" w:rsidRDefault="00000000">
            <w:r>
              <w:t xml:space="preserve">💬 </w:t>
            </w:r>
            <w:r>
              <w:t>感想</w:t>
            </w:r>
          </w:p>
        </w:tc>
        <w:tc>
          <w:tcPr>
            <w:tcW w:w="4320" w:type="dxa"/>
          </w:tcPr>
          <w:p w14:paraId="7DEAE2D6" w14:textId="587283E7" w:rsidR="00F307B9" w:rsidRDefault="00000000">
            <w:pPr>
              <w:rPr>
                <w:lang w:eastAsia="ja-JP"/>
              </w:rPr>
            </w:pPr>
            <w:r>
              <w:rPr>
                <w:lang w:eastAsia="ja-JP"/>
              </w:rPr>
              <w:t>みんなでてまきずしをしたときにおすしやさんみたいににぎったよ。「へいおまち</w:t>
            </w:r>
            <w:r>
              <w:rPr>
                <w:lang w:eastAsia="ja-JP"/>
              </w:rPr>
              <w:t>!</w:t>
            </w:r>
            <w:r>
              <w:rPr>
                <w:lang w:eastAsia="ja-JP"/>
              </w:rPr>
              <w:t>」ってじーじのおさらにのせた</w:t>
            </w:r>
            <w:r w:rsidR="00356B27">
              <w:rPr>
                <w:rFonts w:hint="eastAsia"/>
                <w:lang w:eastAsia="ja-JP"/>
              </w:rPr>
              <w:t>よ</w:t>
            </w:r>
            <w:r w:rsidR="00767EFA">
              <w:rPr>
                <w:rFonts w:hint="eastAsia"/>
                <w:lang w:eastAsia="ja-JP"/>
              </w:rPr>
              <w:t>。</w:t>
            </w:r>
            <w:r>
              <w:rPr>
                <w:lang w:eastAsia="ja-JP"/>
              </w:rPr>
              <w:t>てのかたちをかくのがむずかしかったよ。</w:t>
            </w:r>
          </w:p>
        </w:tc>
      </w:tr>
    </w:tbl>
    <w:p w14:paraId="0F05788B" w14:textId="77777777" w:rsidR="00F307B9" w:rsidRDefault="00F307B9">
      <w:pPr>
        <w:rPr>
          <w:lang w:eastAsia="ja-JP"/>
        </w:rPr>
      </w:pPr>
    </w:p>
    <w:tbl>
      <w:tblPr>
        <w:tblStyle w:val="afe"/>
        <w:tblW w:w="0" w:type="auto"/>
        <w:tblLook w:val="04A0" w:firstRow="1" w:lastRow="0" w:firstColumn="1" w:lastColumn="0" w:noHBand="0" w:noVBand="1"/>
      </w:tblPr>
      <w:tblGrid>
        <w:gridCol w:w="4151"/>
        <w:gridCol w:w="4151"/>
      </w:tblGrid>
      <w:tr w:rsidR="00F307B9" w14:paraId="4276A067" w14:textId="77777777">
        <w:tc>
          <w:tcPr>
            <w:tcW w:w="4320" w:type="dxa"/>
          </w:tcPr>
          <w:p w14:paraId="5FEE2F08" w14:textId="77777777" w:rsidR="00F307B9" w:rsidRDefault="00000000">
            <w:r>
              <w:t xml:space="preserve">🏅 </w:t>
            </w:r>
            <w:proofErr w:type="spellStart"/>
            <w:r>
              <w:t>賞名</w:t>
            </w:r>
            <w:proofErr w:type="spellEnd"/>
          </w:p>
        </w:tc>
        <w:tc>
          <w:tcPr>
            <w:tcW w:w="4320" w:type="dxa"/>
          </w:tcPr>
          <w:p w14:paraId="4F8F2B22" w14:textId="77777777" w:rsidR="00F307B9" w:rsidRDefault="00000000">
            <w:r>
              <w:t>努力賞</w:t>
            </w:r>
          </w:p>
        </w:tc>
      </w:tr>
      <w:tr w:rsidR="00F307B9" w14:paraId="58D2F2B8" w14:textId="77777777">
        <w:tc>
          <w:tcPr>
            <w:tcW w:w="4320" w:type="dxa"/>
          </w:tcPr>
          <w:p w14:paraId="5BF45C38" w14:textId="77777777" w:rsidR="00F307B9" w:rsidRDefault="00000000">
            <w:r>
              <w:t xml:space="preserve">👤 </w:t>
            </w:r>
            <w:r>
              <w:t>氏名（ふりがな）</w:t>
            </w:r>
          </w:p>
        </w:tc>
        <w:tc>
          <w:tcPr>
            <w:tcW w:w="4320" w:type="dxa"/>
          </w:tcPr>
          <w:p w14:paraId="4882B127" w14:textId="77777777" w:rsidR="00F307B9" w:rsidRDefault="00000000">
            <w:pPr>
              <w:rPr>
                <w:lang w:eastAsia="ja-JP"/>
              </w:rPr>
            </w:pPr>
            <w:r>
              <w:rPr>
                <w:lang w:eastAsia="ja-JP"/>
              </w:rPr>
              <w:t>木藤</w:t>
            </w:r>
            <w:r>
              <w:rPr>
                <w:lang w:eastAsia="ja-JP"/>
              </w:rPr>
              <w:t xml:space="preserve"> </w:t>
            </w:r>
            <w:r>
              <w:rPr>
                <w:lang w:eastAsia="ja-JP"/>
              </w:rPr>
              <w:t>大雅（きとう</w:t>
            </w:r>
            <w:r>
              <w:rPr>
                <w:lang w:eastAsia="ja-JP"/>
              </w:rPr>
              <w:t xml:space="preserve"> </w:t>
            </w:r>
            <w:r>
              <w:rPr>
                <w:lang w:eastAsia="ja-JP"/>
              </w:rPr>
              <w:t>たいが）</w:t>
            </w:r>
          </w:p>
        </w:tc>
      </w:tr>
      <w:tr w:rsidR="00F307B9" w14:paraId="13486563" w14:textId="77777777">
        <w:tc>
          <w:tcPr>
            <w:tcW w:w="4320" w:type="dxa"/>
          </w:tcPr>
          <w:p w14:paraId="2FB6569C" w14:textId="77777777" w:rsidR="00F307B9" w:rsidRDefault="00000000">
            <w:r>
              <w:t xml:space="preserve">🏫 </w:t>
            </w:r>
            <w:proofErr w:type="spellStart"/>
            <w:r>
              <w:t>学校名・学年</w:t>
            </w:r>
            <w:proofErr w:type="spellEnd"/>
          </w:p>
        </w:tc>
        <w:tc>
          <w:tcPr>
            <w:tcW w:w="4320" w:type="dxa"/>
          </w:tcPr>
          <w:p w14:paraId="01256961" w14:textId="77777777" w:rsidR="00F307B9" w:rsidRDefault="00000000">
            <w:r>
              <w:t>中津小</w:t>
            </w:r>
            <w:r>
              <w:t xml:space="preserve"> 5</w:t>
            </w:r>
            <w:r>
              <w:t>年</w:t>
            </w:r>
          </w:p>
        </w:tc>
      </w:tr>
      <w:tr w:rsidR="00F307B9" w14:paraId="0417B23A" w14:textId="77777777">
        <w:tc>
          <w:tcPr>
            <w:tcW w:w="4320" w:type="dxa"/>
          </w:tcPr>
          <w:p w14:paraId="5B6654D1" w14:textId="77777777" w:rsidR="00F307B9" w:rsidRDefault="00000000">
            <w:r>
              <w:t xml:space="preserve">🎨 </w:t>
            </w:r>
            <w:r>
              <w:t>題名</w:t>
            </w:r>
          </w:p>
        </w:tc>
        <w:tc>
          <w:tcPr>
            <w:tcW w:w="4320" w:type="dxa"/>
          </w:tcPr>
          <w:p w14:paraId="7FD0B0B3" w14:textId="77777777" w:rsidR="00F307B9" w:rsidRDefault="00000000">
            <w:pPr>
              <w:rPr>
                <w:lang w:eastAsia="ja-JP"/>
              </w:rPr>
            </w:pPr>
            <w:r>
              <w:rPr>
                <w:lang w:eastAsia="ja-JP"/>
              </w:rPr>
              <w:t>美しい日本～小田原城と桜～</w:t>
            </w:r>
          </w:p>
        </w:tc>
      </w:tr>
      <w:tr w:rsidR="00F307B9" w14:paraId="3C2005BA" w14:textId="77777777">
        <w:tc>
          <w:tcPr>
            <w:tcW w:w="4320" w:type="dxa"/>
          </w:tcPr>
          <w:p w14:paraId="1C1CFD77" w14:textId="77777777" w:rsidR="00F307B9" w:rsidRDefault="00000000">
            <w:r>
              <w:t xml:space="preserve">💬 </w:t>
            </w:r>
            <w:proofErr w:type="spellStart"/>
            <w:r>
              <w:t>感想</w:t>
            </w:r>
            <w:proofErr w:type="spellEnd"/>
          </w:p>
        </w:tc>
        <w:tc>
          <w:tcPr>
            <w:tcW w:w="4320" w:type="dxa"/>
          </w:tcPr>
          <w:p w14:paraId="1F348005" w14:textId="64039DC7" w:rsidR="00F307B9" w:rsidRDefault="00000000">
            <w:pPr>
              <w:rPr>
                <w:lang w:eastAsia="ja-JP"/>
              </w:rPr>
            </w:pPr>
            <w:r>
              <w:rPr>
                <w:lang w:eastAsia="ja-JP"/>
              </w:rPr>
              <w:t>日本を象徴する城と桜を描きたいと思い</w:t>
            </w:r>
            <w:r w:rsidR="00C005F4">
              <w:rPr>
                <w:rFonts w:hint="eastAsia"/>
                <w:lang w:eastAsia="ja-JP"/>
              </w:rPr>
              <w:t>ました</w:t>
            </w:r>
            <w:r>
              <w:rPr>
                <w:lang w:eastAsia="ja-JP"/>
              </w:rPr>
              <w:t>。感動を表現するために細かくがんばりました。</w:t>
            </w:r>
          </w:p>
        </w:tc>
      </w:tr>
    </w:tbl>
    <w:p w14:paraId="3388761B" w14:textId="77777777" w:rsidR="00F307B9" w:rsidRDefault="00F307B9">
      <w:pPr>
        <w:rPr>
          <w:lang w:eastAsia="ja-JP"/>
        </w:rPr>
      </w:pPr>
    </w:p>
    <w:p w14:paraId="1527B2DE" w14:textId="77777777" w:rsidR="00F307B9" w:rsidRDefault="00000000">
      <w:pPr>
        <w:rPr>
          <w:lang w:eastAsia="ja-JP"/>
        </w:rPr>
      </w:pPr>
      <w:r>
        <w:rPr>
          <w:lang w:eastAsia="ja-JP"/>
        </w:rPr>
        <w:br w:type="page"/>
      </w:r>
    </w:p>
    <w:p w14:paraId="2F05A5F2" w14:textId="77777777" w:rsidR="00F307B9" w:rsidRDefault="00000000">
      <w:pPr>
        <w:pStyle w:val="1"/>
        <w:rPr>
          <w:lang w:eastAsia="ja-JP"/>
        </w:rPr>
      </w:pPr>
      <w:r>
        <w:rPr>
          <w:lang w:eastAsia="ja-JP"/>
        </w:rPr>
        <w:t xml:space="preserve">🌿 </w:t>
      </w:r>
      <w:r>
        <w:rPr>
          <w:lang w:eastAsia="ja-JP"/>
        </w:rPr>
        <w:t>メッセージ</w:t>
      </w:r>
      <w:r>
        <w:rPr>
          <w:lang w:eastAsia="ja-JP"/>
        </w:rPr>
        <w:t xml:space="preserve"> 🌿</w:t>
      </w:r>
    </w:p>
    <w:p w14:paraId="06BC10B4" w14:textId="77777777" w:rsidR="00F307B9" w:rsidRDefault="00000000">
      <w:pPr>
        <w:rPr>
          <w:lang w:eastAsia="ja-JP"/>
        </w:rPr>
      </w:pPr>
      <w:r>
        <w:rPr>
          <w:lang w:eastAsia="ja-JP"/>
        </w:rPr>
        <w:t>この度は「</w:t>
      </w:r>
      <w:r>
        <w:rPr>
          <w:lang w:eastAsia="ja-JP"/>
        </w:rPr>
        <w:t>2025</w:t>
      </w:r>
      <w:r>
        <w:rPr>
          <w:lang w:eastAsia="ja-JP"/>
        </w:rPr>
        <w:t>年</w:t>
      </w:r>
      <w:r>
        <w:rPr>
          <w:lang w:eastAsia="ja-JP"/>
        </w:rPr>
        <w:t xml:space="preserve"> </w:t>
      </w:r>
      <w:r>
        <w:rPr>
          <w:lang w:eastAsia="ja-JP"/>
        </w:rPr>
        <w:t>ＭＯＡ美術館</w:t>
      </w:r>
      <w:r>
        <w:rPr>
          <w:lang w:eastAsia="ja-JP"/>
        </w:rPr>
        <w:t xml:space="preserve"> </w:t>
      </w:r>
      <w:r>
        <w:rPr>
          <w:lang w:eastAsia="ja-JP"/>
        </w:rPr>
        <w:t>愛川児童作品展」にご来場いただき、誠にありがとうございます。</w:t>
      </w:r>
    </w:p>
    <w:p w14:paraId="77D9906B" w14:textId="77777777" w:rsidR="00F307B9" w:rsidRDefault="00000000">
      <w:pPr>
        <w:rPr>
          <w:lang w:eastAsia="ja-JP"/>
        </w:rPr>
      </w:pPr>
      <w:r>
        <w:rPr>
          <w:lang w:eastAsia="ja-JP"/>
        </w:rPr>
        <w:t>子どもたちの感性と想いがつまった素敵な作品たちを、これからも応援してください。</w:t>
      </w:r>
    </w:p>
    <w:p w14:paraId="70866090" w14:textId="53A17A67" w:rsidR="00F307B9" w:rsidRDefault="00000000">
      <w:pPr>
        <w:rPr>
          <w:lang w:eastAsia="ja-JP"/>
        </w:rPr>
      </w:pPr>
      <w:r>
        <w:rPr>
          <w:lang w:eastAsia="ja-JP"/>
        </w:rPr>
        <w:t>主催：</w:t>
      </w:r>
      <w:r>
        <w:rPr>
          <w:lang w:eastAsia="ja-JP"/>
        </w:rPr>
        <w:t>MOA</w:t>
      </w:r>
      <w:r>
        <w:rPr>
          <w:lang w:eastAsia="ja-JP"/>
        </w:rPr>
        <w:t>美術館愛川</w:t>
      </w:r>
      <w:r w:rsidR="00DB792A">
        <w:rPr>
          <w:rFonts w:hint="eastAsia"/>
          <w:lang w:eastAsia="ja-JP"/>
        </w:rPr>
        <w:t>児童作品展実行委員会</w:t>
      </w:r>
    </w:p>
    <w:sectPr w:rsidR="00F307B9" w:rsidSect="00796543">
      <w:pgSz w:w="11906" w:h="16838" w:code="9"/>
      <w:pgMar w:top="1531"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9547E" w14:textId="77777777" w:rsidR="00381BEF" w:rsidRDefault="00381BEF" w:rsidP="00C602BE">
      <w:pPr>
        <w:spacing w:after="0" w:line="240" w:lineRule="auto"/>
      </w:pPr>
      <w:r>
        <w:separator/>
      </w:r>
    </w:p>
  </w:endnote>
  <w:endnote w:type="continuationSeparator" w:id="0">
    <w:p w14:paraId="2AB11FD9" w14:textId="77777777" w:rsidR="00381BEF" w:rsidRDefault="00381BEF" w:rsidP="00C60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76FF1" w14:textId="77777777" w:rsidR="00381BEF" w:rsidRDefault="00381BEF" w:rsidP="00C602BE">
      <w:pPr>
        <w:spacing w:after="0" w:line="240" w:lineRule="auto"/>
      </w:pPr>
      <w:r>
        <w:separator/>
      </w:r>
    </w:p>
  </w:footnote>
  <w:footnote w:type="continuationSeparator" w:id="0">
    <w:p w14:paraId="29CA0408" w14:textId="77777777" w:rsidR="00381BEF" w:rsidRDefault="00381BEF" w:rsidP="00C60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307131223">
    <w:abstractNumId w:val="8"/>
  </w:num>
  <w:num w:numId="2" w16cid:durableId="1616979413">
    <w:abstractNumId w:val="6"/>
  </w:num>
  <w:num w:numId="3" w16cid:durableId="1797137973">
    <w:abstractNumId w:val="5"/>
  </w:num>
  <w:num w:numId="4" w16cid:durableId="634334931">
    <w:abstractNumId w:val="4"/>
  </w:num>
  <w:num w:numId="5" w16cid:durableId="2078504349">
    <w:abstractNumId w:val="7"/>
  </w:num>
  <w:num w:numId="6" w16cid:durableId="210771248">
    <w:abstractNumId w:val="3"/>
  </w:num>
  <w:num w:numId="7" w16cid:durableId="197939881">
    <w:abstractNumId w:val="2"/>
  </w:num>
  <w:num w:numId="8" w16cid:durableId="821968923">
    <w:abstractNumId w:val="1"/>
  </w:num>
  <w:num w:numId="9" w16cid:durableId="1379092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3"/>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23A21"/>
    <w:rsid w:val="001272C3"/>
    <w:rsid w:val="0015074B"/>
    <w:rsid w:val="001E2411"/>
    <w:rsid w:val="00257C14"/>
    <w:rsid w:val="0029639D"/>
    <w:rsid w:val="0032292D"/>
    <w:rsid w:val="00326F90"/>
    <w:rsid w:val="00356B27"/>
    <w:rsid w:val="00381BEF"/>
    <w:rsid w:val="003D3D84"/>
    <w:rsid w:val="003F7DE2"/>
    <w:rsid w:val="005937F9"/>
    <w:rsid w:val="006214A8"/>
    <w:rsid w:val="00767EFA"/>
    <w:rsid w:val="00796543"/>
    <w:rsid w:val="007C2088"/>
    <w:rsid w:val="0083309C"/>
    <w:rsid w:val="00896E6F"/>
    <w:rsid w:val="0098640F"/>
    <w:rsid w:val="00A54795"/>
    <w:rsid w:val="00A63EB6"/>
    <w:rsid w:val="00A7775C"/>
    <w:rsid w:val="00AA1D8D"/>
    <w:rsid w:val="00AC20E4"/>
    <w:rsid w:val="00B47730"/>
    <w:rsid w:val="00B664E3"/>
    <w:rsid w:val="00C005F4"/>
    <w:rsid w:val="00C06F03"/>
    <w:rsid w:val="00C602BE"/>
    <w:rsid w:val="00CB0664"/>
    <w:rsid w:val="00CD1B24"/>
    <w:rsid w:val="00D63D8B"/>
    <w:rsid w:val="00DB792A"/>
    <w:rsid w:val="00DC055D"/>
    <w:rsid w:val="00E94095"/>
    <w:rsid w:val="00F10132"/>
    <w:rsid w:val="00F307B9"/>
    <w:rsid w:val="00F52053"/>
    <w:rsid w:val="00F775A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8236714"/>
  <w14:defaultImageDpi w14:val="300"/>
  <w15:docId w15:val="{BC954F0E-F669-46DE-841A-F5B061A53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1520</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義明 岩浜</cp:lastModifiedBy>
  <cp:revision>3</cp:revision>
  <cp:lastPrinted>2025-10-26T08:37:00Z</cp:lastPrinted>
  <dcterms:created xsi:type="dcterms:W3CDTF">2025-10-26T08:32:00Z</dcterms:created>
  <dcterms:modified xsi:type="dcterms:W3CDTF">2025-10-26T08:37:00Z</dcterms:modified>
  <cp:category/>
</cp:coreProperties>
</file>